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A14529" w14:textId="77777777" w:rsidR="00DF3DF4" w:rsidRDefault="00AE2DE1" w:rsidP="00AE2DE1">
      <w:pPr>
        <w:spacing w:after="80" w:line="240" w:lineRule="auto"/>
        <w:jc w:val="center"/>
        <w:rPr>
          <w:rFonts w:ascii="Avenir Book" w:hAnsi="Avenir Book"/>
          <w:b/>
          <w:sz w:val="36"/>
        </w:rPr>
      </w:pPr>
      <w:r>
        <w:rPr>
          <w:noProof/>
          <w:lang w:val="en-GB" w:eastAsia="en-GB"/>
        </w:rPr>
        <w:drawing>
          <wp:anchor distT="0" distB="0" distL="114300" distR="114300" simplePos="0" relativeHeight="251657728" behindDoc="0" locked="0" layoutInCell="1" allowOverlap="1" wp14:anchorId="1031C50C" wp14:editId="60610C7D">
            <wp:simplePos x="0" y="0"/>
            <wp:positionH relativeFrom="column">
              <wp:posOffset>2694385</wp:posOffset>
            </wp:positionH>
            <wp:positionV relativeFrom="paragraph">
              <wp:posOffset>1366240</wp:posOffset>
            </wp:positionV>
            <wp:extent cx="4735447" cy="2638425"/>
            <wp:effectExtent l="0" t="0" r="825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hero.png"/>
                    <pic:cNvPicPr/>
                  </pic:nvPicPr>
                  <pic:blipFill>
                    <a:blip r:embed="rId8">
                      <a:extLst>
                        <a:ext uri="{28A0092B-C50C-407E-A947-70E740481C1C}">
                          <a14:useLocalDpi xmlns:a14="http://schemas.microsoft.com/office/drawing/2010/main" val="0"/>
                        </a:ext>
                      </a:extLst>
                    </a:blip>
                    <a:stretch>
                      <a:fillRect/>
                    </a:stretch>
                  </pic:blipFill>
                  <pic:spPr>
                    <a:xfrm>
                      <a:off x="0" y="0"/>
                      <a:ext cx="4736007" cy="2638737"/>
                    </a:xfrm>
                    <a:prstGeom prst="rect">
                      <a:avLst/>
                    </a:prstGeom>
                  </pic:spPr>
                </pic:pic>
              </a:graphicData>
            </a:graphic>
            <wp14:sizeRelH relativeFrom="margin">
              <wp14:pctWidth>0</wp14:pctWidth>
            </wp14:sizeRelH>
            <wp14:sizeRelV relativeFrom="margin">
              <wp14:pctHeight>0</wp14:pctHeight>
            </wp14:sizeRelV>
          </wp:anchor>
        </w:drawing>
      </w:r>
      <w:r w:rsidRPr="00E278E3">
        <w:rPr>
          <w:noProof/>
          <w:lang w:val="en-GB" w:eastAsia="en-GB"/>
        </w:rPr>
        <mc:AlternateContent>
          <mc:Choice Requires="wps">
            <w:drawing>
              <wp:anchor distT="0" distB="0" distL="114300" distR="114300" simplePos="0" relativeHeight="251659776" behindDoc="0" locked="0" layoutInCell="1" allowOverlap="1" wp14:anchorId="1706799D" wp14:editId="6E7433C8">
                <wp:simplePos x="0" y="0"/>
                <wp:positionH relativeFrom="column">
                  <wp:posOffset>-575945</wp:posOffset>
                </wp:positionH>
                <wp:positionV relativeFrom="paragraph">
                  <wp:posOffset>1368425</wp:posOffset>
                </wp:positionV>
                <wp:extent cx="3876675" cy="2638425"/>
                <wp:effectExtent l="0" t="0" r="9525" b="9525"/>
                <wp:wrapNone/>
                <wp:docPr id="14" name="Freeform 14"/>
                <wp:cNvGraphicFramePr/>
                <a:graphic xmlns:a="http://schemas.openxmlformats.org/drawingml/2006/main">
                  <a:graphicData uri="http://schemas.microsoft.com/office/word/2010/wordprocessingShape">
                    <wps:wsp>
                      <wps:cNvSpPr/>
                      <wps:spPr>
                        <a:xfrm>
                          <a:off x="0" y="0"/>
                          <a:ext cx="3876675" cy="2638425"/>
                        </a:xfrm>
                        <a:custGeom>
                          <a:avLst/>
                          <a:gdLst/>
                          <a:ahLst/>
                          <a:cxnLst/>
                          <a:rect l="l" t="t" r="r" b="b"/>
                          <a:pathLst>
                            <a:path w="8075361" h="5681737">
                              <a:moveTo>
                                <a:pt x="0" y="0"/>
                              </a:moveTo>
                              <a:lnTo>
                                <a:pt x="8075361" y="0"/>
                              </a:lnTo>
                              <a:lnTo>
                                <a:pt x="8075361" y="5681737"/>
                              </a:lnTo>
                              <a:lnTo>
                                <a:pt x="0" y="5681737"/>
                              </a:lnTo>
                              <a:lnTo>
                                <a:pt x="0" y="0"/>
                              </a:lnTo>
                              <a:close/>
                            </a:path>
                          </a:pathLst>
                        </a:custGeom>
                        <a:blipFill>
                          <a:blip r:embed="rId9"/>
                          <a:stretch>
                            <a:fillRect t="-1005" r="-1507" b="-1005"/>
                          </a:stretch>
                        </a:blipFill>
                        <a:effectLst>
                          <a:softEdge rad="0"/>
                        </a:effectLst>
                      </wps:spPr>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5EF9EB" id="Freeform 14" o:spid="_x0000_s1026" style="position:absolute;margin-left:-45.35pt;margin-top:107.75pt;width:305.25pt;height:207.75pt;z-index:251659776;visibility:visible;mso-wrap-style:square;mso-wrap-distance-left:9pt;mso-wrap-distance-top:0;mso-wrap-distance-right:9pt;mso-wrap-distance-bottom:0;mso-position-horizontal:absolute;mso-position-horizontal-relative:text;mso-position-vertical:absolute;mso-position-vertical-relative:text;v-text-anchor:top" coordsize="8075361,5681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" path="m,l8075361,r,5681737l,5681737,,xe" stroked="f">
                <v:fill r:id="rId10" o:title="" recolor="t" rotate="t" type="frame"/>
                <v:path arrowok="t"/>
              </v:shape>
            </w:pict>
          </mc:Fallback>
        </mc:AlternateContent>
      </w:r>
      <w:r w:rsidR="00DF3DF4">
        <w:rPr>
          <w:rFonts w:ascii="Avenir Book" w:hAnsi="Avenir Book"/>
          <w:b/>
          <w:noProof/>
          <w:sz w:val="36"/>
          <w:lang w:val="en-GB" w:eastAsia="en-GB"/>
        </w:rPr>
        <w:drawing>
          <wp:inline distT="0" distB="0" distL="0" distR="0" wp14:anchorId="11163F40" wp14:editId="1D853539">
            <wp:extent cx="1534160" cy="1324610"/>
            <wp:effectExtent l="0" t="0" r="8890" b="8890"/>
            <wp:docPr id="1" name="Picture 1" descr="C:\Users\curat\AppData\Local\Microsoft\Windows\INetCache\Content.Word\3. Logo - English Gaelic white on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rat\AppData\Local\Microsoft\Windows\INetCache\Content.Word\3. Logo - English Gaelic white on black.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4160" cy="1324610"/>
                    </a:xfrm>
                    <a:prstGeom prst="rect">
                      <a:avLst/>
                    </a:prstGeom>
                    <a:noFill/>
                    <a:ln>
                      <a:noFill/>
                    </a:ln>
                  </pic:spPr>
                </pic:pic>
              </a:graphicData>
            </a:graphic>
          </wp:inline>
        </w:drawing>
      </w:r>
    </w:p>
    <w:p w14:paraId="67E6E04D" w14:textId="77777777" w:rsidR="00AE2DE1" w:rsidRDefault="00AE2DE1">
      <w:pPr>
        <w:spacing w:after="80" w:line="240" w:lineRule="auto"/>
        <w:jc w:val="center"/>
        <w:rPr>
          <w:rFonts w:ascii="Avenir Book" w:hAnsi="Avenir Book"/>
          <w:b/>
          <w:sz w:val="36"/>
        </w:rPr>
      </w:pPr>
    </w:p>
    <w:p w14:paraId="1F37E2D6" w14:textId="77777777" w:rsidR="00AE2DE1" w:rsidRDefault="00AE2DE1">
      <w:pPr>
        <w:spacing w:after="80" w:line="240" w:lineRule="auto"/>
        <w:jc w:val="center"/>
        <w:rPr>
          <w:rFonts w:ascii="Avenir Book" w:hAnsi="Avenir Book"/>
          <w:b/>
          <w:sz w:val="36"/>
        </w:rPr>
      </w:pPr>
    </w:p>
    <w:p w14:paraId="3E05DEB2" w14:textId="77777777" w:rsidR="00AE2DE1" w:rsidRDefault="00AE2DE1">
      <w:pPr>
        <w:spacing w:after="80" w:line="240" w:lineRule="auto"/>
        <w:jc w:val="center"/>
        <w:rPr>
          <w:rFonts w:ascii="Avenir Book" w:hAnsi="Avenir Book"/>
          <w:b/>
          <w:sz w:val="36"/>
        </w:rPr>
      </w:pPr>
    </w:p>
    <w:p w14:paraId="023D19ED" w14:textId="77777777" w:rsidR="00AE2DE1" w:rsidRDefault="00AE2DE1">
      <w:pPr>
        <w:spacing w:after="80" w:line="240" w:lineRule="auto"/>
        <w:jc w:val="center"/>
        <w:rPr>
          <w:rFonts w:ascii="Avenir Book" w:hAnsi="Avenir Book"/>
          <w:b/>
          <w:sz w:val="36"/>
        </w:rPr>
      </w:pPr>
    </w:p>
    <w:p w14:paraId="7D18429B" w14:textId="77777777" w:rsidR="00AE2DE1" w:rsidRDefault="00AE2DE1">
      <w:pPr>
        <w:spacing w:after="80" w:line="240" w:lineRule="auto"/>
        <w:jc w:val="center"/>
        <w:rPr>
          <w:rFonts w:ascii="Avenir Book" w:hAnsi="Avenir Book"/>
          <w:b/>
          <w:sz w:val="36"/>
        </w:rPr>
      </w:pPr>
    </w:p>
    <w:p w14:paraId="26C02647" w14:textId="77777777" w:rsidR="00AE2DE1" w:rsidRDefault="00AE2DE1">
      <w:pPr>
        <w:spacing w:after="80" w:line="240" w:lineRule="auto"/>
        <w:jc w:val="center"/>
        <w:rPr>
          <w:rFonts w:ascii="Avenir Book" w:hAnsi="Avenir Book"/>
          <w:b/>
          <w:sz w:val="36"/>
        </w:rPr>
      </w:pPr>
    </w:p>
    <w:p w14:paraId="348946D6" w14:textId="77777777" w:rsidR="00AE2DE1" w:rsidRDefault="00AE2DE1">
      <w:pPr>
        <w:spacing w:after="80" w:line="240" w:lineRule="auto"/>
        <w:jc w:val="center"/>
        <w:rPr>
          <w:rFonts w:ascii="Avenir Book" w:hAnsi="Avenir Book"/>
          <w:b/>
          <w:sz w:val="36"/>
        </w:rPr>
      </w:pPr>
    </w:p>
    <w:p w14:paraId="116F5FCE" w14:textId="77777777" w:rsidR="00AE2DE1" w:rsidRDefault="00AE2DE1">
      <w:pPr>
        <w:spacing w:after="80" w:line="240" w:lineRule="auto"/>
        <w:jc w:val="center"/>
        <w:rPr>
          <w:rFonts w:ascii="Avenir Book" w:hAnsi="Avenir Book"/>
          <w:b/>
          <w:sz w:val="36"/>
        </w:rPr>
      </w:pPr>
    </w:p>
    <w:p w14:paraId="78BB1010" w14:textId="77777777" w:rsidR="005F292F" w:rsidRPr="00DF3DF4" w:rsidRDefault="00AA2C85">
      <w:pPr>
        <w:spacing w:after="80" w:line="240" w:lineRule="auto"/>
        <w:jc w:val="center"/>
        <w:rPr>
          <w:rFonts w:ascii="Avenir Book" w:hAnsi="Avenir Book"/>
        </w:rPr>
      </w:pPr>
      <w:proofErr w:type="spellStart"/>
      <w:r w:rsidRPr="00DF3DF4">
        <w:rPr>
          <w:rFonts w:ascii="Avenir Book" w:hAnsi="Avenir Book"/>
          <w:b/>
          <w:sz w:val="36"/>
        </w:rPr>
        <w:t>Gairloch</w:t>
      </w:r>
      <w:proofErr w:type="spellEnd"/>
      <w:r w:rsidRPr="00DF3DF4">
        <w:rPr>
          <w:rFonts w:ascii="Avenir Book" w:hAnsi="Avenir Book"/>
          <w:b/>
          <w:sz w:val="36"/>
        </w:rPr>
        <w:t xml:space="preserve"> Museum Roundhouse Project</w:t>
      </w:r>
    </w:p>
    <w:p w14:paraId="3B6438CA" w14:textId="77777777" w:rsidR="005F292F" w:rsidRPr="00DF3DF4" w:rsidRDefault="00AA2C85">
      <w:pPr>
        <w:spacing w:after="80" w:line="240" w:lineRule="auto"/>
        <w:jc w:val="center"/>
        <w:rPr>
          <w:rFonts w:ascii="Avenir Book" w:hAnsi="Avenir Book"/>
        </w:rPr>
      </w:pPr>
      <w:r w:rsidRPr="00DF3DF4">
        <w:rPr>
          <w:rFonts w:ascii="Avenir Book" w:hAnsi="Avenir Book"/>
          <w:b/>
          <w:sz w:val="30"/>
        </w:rPr>
        <w:t>Invitation to Tender: Traditional Craftspeople</w:t>
      </w:r>
    </w:p>
    <w:p w14:paraId="0EE36458" w14:textId="77777777" w:rsidR="005F292F" w:rsidRPr="00DF3DF4" w:rsidRDefault="00AA2C85">
      <w:pPr>
        <w:spacing w:after="80" w:line="240" w:lineRule="auto"/>
        <w:jc w:val="center"/>
        <w:rPr>
          <w:rFonts w:ascii="Avenir Book" w:hAnsi="Avenir Book"/>
        </w:rPr>
      </w:pPr>
      <w:r w:rsidRPr="00DF3DF4">
        <w:rPr>
          <w:rFonts w:ascii="Avenir Book" w:hAnsi="Avenir Book"/>
          <w:i/>
        </w:rPr>
        <w:t>Stage 1 design input and conditional Stage 2 build, training and engagement role</w:t>
      </w:r>
    </w:p>
    <w:tbl>
      <w:tblPr>
        <w:tblStyle w:val="TableGrid"/>
        <w:tblW w:w="0" w:type="auto"/>
        <w:jc w:val="center"/>
        <w:tblLook w:val="04A0" w:firstRow="1" w:lastRow="0" w:firstColumn="1" w:lastColumn="0" w:noHBand="0" w:noVBand="1"/>
      </w:tblPr>
      <w:tblGrid>
        <w:gridCol w:w="4179"/>
        <w:gridCol w:w="5903"/>
      </w:tblGrid>
      <w:tr w:rsidR="005F292F" w:rsidRPr="00DF3DF4" w14:paraId="069F249F" w14:textId="77777777">
        <w:trPr>
          <w:jc w:val="center"/>
        </w:trPr>
        <w:tc>
          <w:tcPr>
            <w:tcW w:w="5046" w:type="dxa"/>
          </w:tcPr>
          <w:p w14:paraId="448D37F8" w14:textId="77777777" w:rsidR="005F292F" w:rsidRPr="00DF3DF4" w:rsidRDefault="00AA2C85">
            <w:pPr>
              <w:rPr>
                <w:rFonts w:ascii="Avenir Book" w:hAnsi="Avenir Book"/>
              </w:rPr>
            </w:pPr>
            <w:r w:rsidRPr="00DF3DF4">
              <w:rPr>
                <w:rFonts w:ascii="Avenir Book" w:hAnsi="Avenir Book"/>
                <w:b/>
                <w:sz w:val="18"/>
              </w:rPr>
              <w:t>Issued by</w:t>
            </w:r>
          </w:p>
        </w:tc>
        <w:tc>
          <w:tcPr>
            <w:tcW w:w="5046" w:type="dxa"/>
          </w:tcPr>
          <w:p w14:paraId="78A9012D" w14:textId="2DD8509E" w:rsidR="005F292F" w:rsidRPr="00DF3DF4" w:rsidRDefault="00AA2C85">
            <w:pPr>
              <w:rPr>
                <w:rFonts w:ascii="Avenir Book" w:hAnsi="Avenir Book"/>
              </w:rPr>
            </w:pPr>
            <w:proofErr w:type="spellStart"/>
            <w:r w:rsidRPr="00DF3DF4">
              <w:rPr>
                <w:rFonts w:ascii="Avenir Book" w:hAnsi="Avenir Book"/>
                <w:sz w:val="18"/>
              </w:rPr>
              <w:t>Gairloch</w:t>
            </w:r>
            <w:proofErr w:type="spellEnd"/>
            <w:r w:rsidRPr="00DF3DF4">
              <w:rPr>
                <w:rFonts w:ascii="Avenir Book" w:hAnsi="Avenir Book"/>
                <w:sz w:val="18"/>
              </w:rPr>
              <w:t xml:space="preserve"> </w:t>
            </w:r>
            <w:r w:rsidR="00964F9B">
              <w:rPr>
                <w:rFonts w:ascii="Avenir Book" w:hAnsi="Avenir Book"/>
                <w:sz w:val="18"/>
              </w:rPr>
              <w:t>and</w:t>
            </w:r>
            <w:r w:rsidRPr="00DF3DF4">
              <w:rPr>
                <w:rFonts w:ascii="Avenir Book" w:hAnsi="Avenir Book"/>
                <w:sz w:val="18"/>
              </w:rPr>
              <w:t xml:space="preserve"> District Heritage Company Ltd, </w:t>
            </w:r>
            <w:proofErr w:type="spellStart"/>
            <w:r w:rsidRPr="00DF3DF4">
              <w:rPr>
                <w:rFonts w:ascii="Avenir Book" w:hAnsi="Avenir Book"/>
                <w:sz w:val="18"/>
              </w:rPr>
              <w:t>Gairloch</w:t>
            </w:r>
            <w:proofErr w:type="spellEnd"/>
            <w:r w:rsidRPr="00DF3DF4">
              <w:rPr>
                <w:rFonts w:ascii="Avenir Book" w:hAnsi="Avenir Book"/>
                <w:sz w:val="18"/>
              </w:rPr>
              <w:t xml:space="preserve"> Museum</w:t>
            </w:r>
          </w:p>
        </w:tc>
      </w:tr>
      <w:tr w:rsidR="005F292F" w:rsidRPr="00DF3DF4" w14:paraId="2517D5E4" w14:textId="77777777">
        <w:trPr>
          <w:jc w:val="center"/>
        </w:trPr>
        <w:tc>
          <w:tcPr>
            <w:tcW w:w="2835" w:type="dxa"/>
          </w:tcPr>
          <w:p w14:paraId="224C9240" w14:textId="77777777" w:rsidR="005F292F" w:rsidRPr="00DF3DF4" w:rsidRDefault="00AA2C85">
            <w:pPr>
              <w:rPr>
                <w:rFonts w:ascii="Avenir Book" w:hAnsi="Avenir Book"/>
              </w:rPr>
            </w:pPr>
            <w:r w:rsidRPr="00DF3DF4">
              <w:rPr>
                <w:rFonts w:ascii="Avenir Book" w:hAnsi="Avenir Book"/>
                <w:b/>
                <w:sz w:val="18"/>
              </w:rPr>
              <w:t>Project</w:t>
            </w:r>
          </w:p>
        </w:tc>
        <w:tc>
          <w:tcPr>
            <w:tcW w:w="6803" w:type="dxa"/>
          </w:tcPr>
          <w:p w14:paraId="6E935459" w14:textId="77777777" w:rsidR="005F292F" w:rsidRPr="00DF3DF4" w:rsidRDefault="00AA2C85">
            <w:pPr>
              <w:rPr>
                <w:rFonts w:ascii="Avenir Book" w:hAnsi="Avenir Book"/>
              </w:rPr>
            </w:pPr>
            <w:r w:rsidRPr="00DF3DF4">
              <w:rPr>
                <w:rFonts w:ascii="Avenir Book" w:hAnsi="Avenir Book"/>
                <w:sz w:val="18"/>
              </w:rPr>
              <w:t xml:space="preserve">The </w:t>
            </w:r>
            <w:proofErr w:type="spellStart"/>
            <w:r w:rsidRPr="00DF3DF4">
              <w:rPr>
                <w:rFonts w:ascii="Avenir Book" w:hAnsi="Avenir Book"/>
                <w:sz w:val="18"/>
              </w:rPr>
              <w:t>Gairloch</w:t>
            </w:r>
            <w:proofErr w:type="spellEnd"/>
            <w:r w:rsidRPr="00DF3DF4">
              <w:rPr>
                <w:rFonts w:ascii="Avenir Book" w:hAnsi="Avenir Book"/>
                <w:sz w:val="18"/>
              </w:rPr>
              <w:t xml:space="preserve"> Museum Roundhouse</w:t>
            </w:r>
          </w:p>
        </w:tc>
      </w:tr>
      <w:tr w:rsidR="005F292F" w:rsidRPr="00DF3DF4" w14:paraId="5F158598" w14:textId="77777777">
        <w:trPr>
          <w:jc w:val="center"/>
        </w:trPr>
        <w:tc>
          <w:tcPr>
            <w:tcW w:w="2835" w:type="dxa"/>
          </w:tcPr>
          <w:p w14:paraId="1E755389" w14:textId="77777777" w:rsidR="005F292F" w:rsidRPr="00DF3DF4" w:rsidRDefault="00AA2C85">
            <w:pPr>
              <w:rPr>
                <w:rFonts w:ascii="Avenir Book" w:hAnsi="Avenir Book"/>
              </w:rPr>
            </w:pPr>
            <w:r w:rsidRPr="00DF3DF4">
              <w:rPr>
                <w:rFonts w:ascii="Avenir Book" w:hAnsi="Avenir Book"/>
                <w:b/>
                <w:sz w:val="18"/>
              </w:rPr>
              <w:t>Location</w:t>
            </w:r>
          </w:p>
        </w:tc>
        <w:tc>
          <w:tcPr>
            <w:tcW w:w="6803" w:type="dxa"/>
          </w:tcPr>
          <w:p w14:paraId="16128218" w14:textId="77777777" w:rsidR="005F292F" w:rsidRPr="00DF3DF4" w:rsidRDefault="00AA2C85">
            <w:pPr>
              <w:rPr>
                <w:rFonts w:ascii="Avenir Book" w:hAnsi="Avenir Book"/>
              </w:rPr>
            </w:pPr>
            <w:proofErr w:type="spellStart"/>
            <w:r w:rsidRPr="00DF3DF4">
              <w:rPr>
                <w:rFonts w:ascii="Avenir Book" w:hAnsi="Avenir Book"/>
                <w:sz w:val="18"/>
              </w:rPr>
              <w:t>Gairloch</w:t>
            </w:r>
            <w:proofErr w:type="spellEnd"/>
            <w:r w:rsidRPr="00DF3DF4">
              <w:rPr>
                <w:rFonts w:ascii="Avenir Book" w:hAnsi="Avenir Book"/>
                <w:sz w:val="18"/>
              </w:rPr>
              <w:t xml:space="preserve"> Museum Outdoor Museum, </w:t>
            </w:r>
            <w:proofErr w:type="spellStart"/>
            <w:r w:rsidRPr="00DF3DF4">
              <w:rPr>
                <w:rFonts w:ascii="Avenir Book" w:hAnsi="Avenir Book"/>
                <w:sz w:val="18"/>
              </w:rPr>
              <w:t>Achtercairn</w:t>
            </w:r>
            <w:proofErr w:type="spellEnd"/>
            <w:r w:rsidRPr="00DF3DF4">
              <w:rPr>
                <w:rFonts w:ascii="Avenir Book" w:hAnsi="Avenir Book"/>
                <w:sz w:val="18"/>
              </w:rPr>
              <w:t xml:space="preserve">, </w:t>
            </w:r>
            <w:proofErr w:type="spellStart"/>
            <w:r w:rsidRPr="00DF3DF4">
              <w:rPr>
                <w:rFonts w:ascii="Avenir Book" w:hAnsi="Avenir Book"/>
                <w:sz w:val="18"/>
              </w:rPr>
              <w:t>Gairloch</w:t>
            </w:r>
            <w:proofErr w:type="spellEnd"/>
            <w:r w:rsidRPr="00DF3DF4">
              <w:rPr>
                <w:rFonts w:ascii="Avenir Book" w:hAnsi="Avenir Book"/>
                <w:sz w:val="18"/>
              </w:rPr>
              <w:t>, IV21 2BH</w:t>
            </w:r>
          </w:p>
        </w:tc>
      </w:tr>
      <w:tr w:rsidR="005F292F" w:rsidRPr="00DF3DF4" w14:paraId="5B4368F4" w14:textId="77777777">
        <w:trPr>
          <w:jc w:val="center"/>
        </w:trPr>
        <w:tc>
          <w:tcPr>
            <w:tcW w:w="2835" w:type="dxa"/>
          </w:tcPr>
          <w:p w14:paraId="57B2FEDF" w14:textId="77777777" w:rsidR="005F292F" w:rsidRPr="00DF3DF4" w:rsidRDefault="00AA2C85">
            <w:pPr>
              <w:rPr>
                <w:rFonts w:ascii="Avenir Book" w:hAnsi="Avenir Book"/>
              </w:rPr>
            </w:pPr>
            <w:r w:rsidRPr="00DF3DF4">
              <w:rPr>
                <w:rFonts w:ascii="Avenir Book" w:hAnsi="Avenir Book"/>
                <w:b/>
                <w:sz w:val="18"/>
              </w:rPr>
              <w:t>Planning reference</w:t>
            </w:r>
          </w:p>
        </w:tc>
        <w:tc>
          <w:tcPr>
            <w:tcW w:w="6803" w:type="dxa"/>
          </w:tcPr>
          <w:p w14:paraId="08E88503" w14:textId="77777777" w:rsidR="005F292F" w:rsidRPr="00DF3DF4" w:rsidRDefault="00AA2C85">
            <w:pPr>
              <w:rPr>
                <w:rFonts w:ascii="Avenir Book" w:hAnsi="Avenir Book"/>
              </w:rPr>
            </w:pPr>
            <w:r w:rsidRPr="00DF3DF4">
              <w:rPr>
                <w:rFonts w:ascii="Avenir Book" w:hAnsi="Avenir Book"/>
                <w:sz w:val="18"/>
              </w:rPr>
              <w:t>Highland Council planning reference 25/03362/FUL</w:t>
            </w:r>
          </w:p>
        </w:tc>
      </w:tr>
      <w:tr w:rsidR="005F292F" w:rsidRPr="00DF3DF4" w14:paraId="2949C1E5" w14:textId="77777777">
        <w:trPr>
          <w:jc w:val="center"/>
        </w:trPr>
        <w:tc>
          <w:tcPr>
            <w:tcW w:w="2835" w:type="dxa"/>
          </w:tcPr>
          <w:p w14:paraId="441E4091" w14:textId="77777777" w:rsidR="005F292F" w:rsidRPr="00DF3DF4" w:rsidRDefault="00AA2C85">
            <w:pPr>
              <w:rPr>
                <w:rFonts w:ascii="Avenir Book" w:hAnsi="Avenir Book"/>
              </w:rPr>
            </w:pPr>
            <w:r w:rsidRPr="00DF3DF4">
              <w:rPr>
                <w:rFonts w:ascii="Avenir Book" w:hAnsi="Avenir Book"/>
                <w:b/>
                <w:sz w:val="18"/>
              </w:rPr>
              <w:t>Site reference</w:t>
            </w:r>
          </w:p>
        </w:tc>
        <w:tc>
          <w:tcPr>
            <w:tcW w:w="6803" w:type="dxa"/>
          </w:tcPr>
          <w:p w14:paraId="579FD20B" w14:textId="77777777" w:rsidR="005F292F" w:rsidRPr="00DF3DF4" w:rsidRDefault="00AA2C85">
            <w:pPr>
              <w:rPr>
                <w:rFonts w:ascii="Avenir Book" w:hAnsi="Avenir Book"/>
              </w:rPr>
            </w:pPr>
            <w:r w:rsidRPr="00DF3DF4">
              <w:rPr>
                <w:rFonts w:ascii="Avenir Book" w:hAnsi="Avenir Book"/>
                <w:sz w:val="18"/>
              </w:rPr>
              <w:t>Outdoor Museum site at approximately NG 80349 76605</w:t>
            </w:r>
          </w:p>
        </w:tc>
      </w:tr>
      <w:tr w:rsidR="005F292F" w:rsidRPr="00DF3DF4" w14:paraId="50162749" w14:textId="77777777">
        <w:trPr>
          <w:jc w:val="center"/>
        </w:trPr>
        <w:tc>
          <w:tcPr>
            <w:tcW w:w="2835" w:type="dxa"/>
          </w:tcPr>
          <w:p w14:paraId="0DA03620" w14:textId="77777777" w:rsidR="005F292F" w:rsidRPr="00DF3DF4" w:rsidRDefault="00AA2C85">
            <w:pPr>
              <w:rPr>
                <w:rFonts w:ascii="Avenir Book" w:hAnsi="Avenir Book"/>
              </w:rPr>
            </w:pPr>
            <w:r w:rsidRPr="00DF3DF4">
              <w:rPr>
                <w:rFonts w:ascii="Avenir Book" w:hAnsi="Avenir Book"/>
                <w:b/>
                <w:sz w:val="18"/>
              </w:rPr>
              <w:t>Tender return deadline</w:t>
            </w:r>
          </w:p>
        </w:tc>
        <w:tc>
          <w:tcPr>
            <w:tcW w:w="6803" w:type="dxa"/>
          </w:tcPr>
          <w:p w14:paraId="56492B7C" w14:textId="17C83FA9" w:rsidR="005F292F" w:rsidRPr="00C86796" w:rsidRDefault="00C86796">
            <w:pPr>
              <w:rPr>
                <w:rFonts w:ascii="Avenir Book" w:hAnsi="Avenir Book"/>
                <w:b/>
                <w:highlight w:val="yellow"/>
              </w:rPr>
            </w:pPr>
            <w:r w:rsidRPr="00C86796">
              <w:rPr>
                <w:rFonts w:ascii="Avenir Book" w:hAnsi="Avenir Book"/>
                <w:b/>
                <w:sz w:val="18"/>
              </w:rPr>
              <w:t>28</w:t>
            </w:r>
            <w:r w:rsidRPr="00C86796">
              <w:rPr>
                <w:rFonts w:ascii="Avenir Book" w:hAnsi="Avenir Book"/>
                <w:b/>
                <w:sz w:val="18"/>
                <w:vertAlign w:val="superscript"/>
              </w:rPr>
              <w:t xml:space="preserve"> </w:t>
            </w:r>
            <w:r w:rsidRPr="00C86796">
              <w:rPr>
                <w:rFonts w:ascii="Avenir Book" w:hAnsi="Avenir Book"/>
                <w:b/>
              </w:rPr>
              <w:t>July</w:t>
            </w:r>
            <w:r>
              <w:rPr>
                <w:rFonts w:ascii="Avenir Book" w:hAnsi="Avenir Book"/>
                <w:b/>
              </w:rPr>
              <w:t xml:space="preserve"> 2026 </w:t>
            </w:r>
          </w:p>
        </w:tc>
      </w:tr>
      <w:tr w:rsidR="005F292F" w:rsidRPr="00DF3DF4" w14:paraId="159C0DC6" w14:textId="77777777" w:rsidTr="00DF3DF4">
        <w:trPr>
          <w:jc w:val="center"/>
        </w:trPr>
        <w:tc>
          <w:tcPr>
            <w:tcW w:w="2835" w:type="dxa"/>
          </w:tcPr>
          <w:p w14:paraId="7CEE034B" w14:textId="77777777" w:rsidR="005F292F" w:rsidRPr="00DF3DF4" w:rsidRDefault="00AA2C85">
            <w:pPr>
              <w:rPr>
                <w:rFonts w:ascii="Avenir Book" w:hAnsi="Avenir Book"/>
              </w:rPr>
            </w:pPr>
            <w:r w:rsidRPr="00DF3DF4">
              <w:rPr>
                <w:rFonts w:ascii="Avenir Book" w:hAnsi="Avenir Book"/>
                <w:b/>
                <w:sz w:val="18"/>
              </w:rPr>
              <w:t>Contact</w:t>
            </w:r>
          </w:p>
        </w:tc>
        <w:tc>
          <w:tcPr>
            <w:tcW w:w="6803" w:type="dxa"/>
          </w:tcPr>
          <w:p w14:paraId="5201440A" w14:textId="77777777" w:rsidR="005F292F" w:rsidRPr="00DF3DF4" w:rsidRDefault="00DF3DF4" w:rsidP="00DF3DF4">
            <w:pPr>
              <w:rPr>
                <w:rFonts w:ascii="Avenir Book" w:hAnsi="Avenir Book"/>
              </w:rPr>
            </w:pPr>
            <w:r w:rsidRPr="00DF3DF4">
              <w:rPr>
                <w:rFonts w:ascii="Avenir Book" w:hAnsi="Avenir Book"/>
                <w:sz w:val="18"/>
              </w:rPr>
              <w:t xml:space="preserve">Corinna </w:t>
            </w:r>
            <w:proofErr w:type="spellStart"/>
            <w:r w:rsidRPr="00DF3DF4">
              <w:rPr>
                <w:rFonts w:ascii="Avenir Book" w:hAnsi="Avenir Book"/>
                <w:sz w:val="18"/>
              </w:rPr>
              <w:t>Annetts</w:t>
            </w:r>
            <w:proofErr w:type="spellEnd"/>
            <w:r w:rsidRPr="00DF3DF4">
              <w:rPr>
                <w:rFonts w:ascii="Avenir Book" w:hAnsi="Avenir Book"/>
                <w:sz w:val="18"/>
              </w:rPr>
              <w:t xml:space="preserve">, Curator, </w:t>
            </w:r>
            <w:hyperlink r:id="rId12" w:history="1">
              <w:r w:rsidRPr="00DF3DF4">
                <w:rPr>
                  <w:rStyle w:val="Hyperlink"/>
                  <w:rFonts w:ascii="Avenir Book" w:hAnsi="Avenir Book"/>
                  <w:sz w:val="18"/>
                </w:rPr>
                <w:t>curator@gairlochmuseum.org</w:t>
              </w:r>
            </w:hyperlink>
            <w:r w:rsidRPr="00DF3DF4">
              <w:rPr>
                <w:rFonts w:ascii="Avenir Book" w:hAnsi="Avenir Book"/>
                <w:sz w:val="18"/>
              </w:rPr>
              <w:t xml:space="preserve"> 01445 712287</w:t>
            </w:r>
          </w:p>
        </w:tc>
      </w:tr>
    </w:tbl>
    <w:p w14:paraId="1EC92C1D" w14:textId="77777777" w:rsidR="005F292F" w:rsidRPr="00DF3DF4" w:rsidRDefault="00AA2C85">
      <w:pPr>
        <w:pStyle w:val="Heading1"/>
        <w:spacing w:after="80" w:line="240" w:lineRule="auto"/>
        <w:rPr>
          <w:rFonts w:ascii="Avenir Book" w:hAnsi="Avenir Book"/>
        </w:rPr>
      </w:pPr>
      <w:r w:rsidRPr="00DF3DF4">
        <w:rPr>
          <w:rFonts w:ascii="Avenir Book" w:hAnsi="Avenir Book"/>
        </w:rPr>
        <w:t>1. Invitation and tender packages</w:t>
      </w:r>
    </w:p>
    <w:p w14:paraId="26AE1D71" w14:textId="77777777" w:rsidR="005F292F" w:rsidRDefault="00AA2C85">
      <w:pPr>
        <w:spacing w:after="80" w:line="240" w:lineRule="auto"/>
        <w:rPr>
          <w:rFonts w:ascii="Avenir Book" w:hAnsi="Avenir Book"/>
        </w:rPr>
      </w:pPr>
      <w:proofErr w:type="spellStart"/>
      <w:r w:rsidRPr="00DF3DF4">
        <w:rPr>
          <w:rFonts w:ascii="Avenir Book" w:hAnsi="Avenir Book"/>
        </w:rPr>
        <w:t>Gairloch</w:t>
      </w:r>
      <w:proofErr w:type="spellEnd"/>
      <w:r w:rsidRPr="00DF3DF4">
        <w:rPr>
          <w:rFonts w:ascii="Avenir Book" w:hAnsi="Avenir Book"/>
        </w:rPr>
        <w:t xml:space="preserve"> Museum invites tenders from specialist craftspeople for the Roundhouse Project. We are seeking craftspeople with practical experience in traditional building skills, heritage reconstruction or related craft practice, and the ability to work with volunteers, trainees, school groups and visitors. Tenderers may apply for one or more packages.</w:t>
      </w:r>
    </w:p>
    <w:p w14:paraId="00AC47C7" w14:textId="77777777" w:rsidR="00026C28" w:rsidRPr="00DF3DF4" w:rsidRDefault="00026C28">
      <w:pPr>
        <w:spacing w:after="80" w:line="240" w:lineRule="auto"/>
        <w:rPr>
          <w:rFonts w:ascii="Avenir Book" w:hAnsi="Avenir Book"/>
        </w:rPr>
      </w:pPr>
    </w:p>
    <w:tbl>
      <w:tblPr>
        <w:tblStyle w:val="TableGrid"/>
        <w:tblW w:w="0" w:type="auto"/>
        <w:tblLook w:val="04A0" w:firstRow="1" w:lastRow="0" w:firstColumn="1" w:lastColumn="0" w:noHBand="0" w:noVBand="1"/>
      </w:tblPr>
      <w:tblGrid>
        <w:gridCol w:w="3364"/>
        <w:gridCol w:w="3364"/>
      </w:tblGrid>
      <w:tr w:rsidR="006B2CD8" w:rsidRPr="00DF3DF4" w14:paraId="6B32B537" w14:textId="77777777" w:rsidTr="00026C28">
        <w:trPr>
          <w:tblHeader/>
        </w:trPr>
        <w:tc>
          <w:tcPr>
            <w:tcW w:w="3364" w:type="dxa"/>
            <w:shd w:val="clear" w:color="auto" w:fill="D9EAD3"/>
          </w:tcPr>
          <w:p w14:paraId="6C4A5AF5" w14:textId="77777777" w:rsidR="006B2CD8" w:rsidRPr="00DF3DF4" w:rsidRDefault="006B2CD8">
            <w:pPr>
              <w:rPr>
                <w:rFonts w:ascii="Avenir Book" w:hAnsi="Avenir Book"/>
              </w:rPr>
            </w:pPr>
            <w:r w:rsidRPr="00DF3DF4">
              <w:rPr>
                <w:rFonts w:ascii="Avenir Book" w:hAnsi="Avenir Book"/>
                <w:b/>
                <w:sz w:val="18"/>
              </w:rPr>
              <w:t>Package</w:t>
            </w:r>
          </w:p>
        </w:tc>
        <w:tc>
          <w:tcPr>
            <w:tcW w:w="3364" w:type="dxa"/>
            <w:shd w:val="clear" w:color="auto" w:fill="D9EAD3"/>
          </w:tcPr>
          <w:p w14:paraId="7B9055A6" w14:textId="77777777" w:rsidR="006B2CD8" w:rsidRPr="00DF3DF4" w:rsidRDefault="006B2CD8">
            <w:pPr>
              <w:rPr>
                <w:rFonts w:ascii="Avenir Book" w:hAnsi="Avenir Book"/>
              </w:rPr>
            </w:pPr>
            <w:r w:rsidRPr="00DF3DF4">
              <w:rPr>
                <w:rFonts w:ascii="Avenir Book" w:hAnsi="Avenir Book"/>
                <w:b/>
                <w:sz w:val="18"/>
              </w:rPr>
              <w:t>Craft area</w:t>
            </w:r>
          </w:p>
        </w:tc>
      </w:tr>
      <w:tr w:rsidR="006B2CD8" w:rsidRPr="00DF3DF4" w14:paraId="7CE47BA5" w14:textId="77777777" w:rsidTr="00026C28">
        <w:tc>
          <w:tcPr>
            <w:tcW w:w="3364" w:type="dxa"/>
          </w:tcPr>
          <w:p w14:paraId="135EFF30" w14:textId="77777777" w:rsidR="006B2CD8" w:rsidRPr="00DF3DF4" w:rsidRDefault="006B2CD8">
            <w:pPr>
              <w:rPr>
                <w:rFonts w:ascii="Avenir Book" w:hAnsi="Avenir Book"/>
              </w:rPr>
            </w:pPr>
            <w:r w:rsidRPr="00DF3DF4">
              <w:rPr>
                <w:rFonts w:ascii="Avenir Book" w:hAnsi="Avenir Book"/>
                <w:sz w:val="18"/>
              </w:rPr>
              <w:t>A</w:t>
            </w:r>
          </w:p>
        </w:tc>
        <w:tc>
          <w:tcPr>
            <w:tcW w:w="3364" w:type="dxa"/>
          </w:tcPr>
          <w:p w14:paraId="3E707FD2" w14:textId="77777777" w:rsidR="006B2CD8" w:rsidRPr="00DF3DF4" w:rsidRDefault="006B2CD8">
            <w:pPr>
              <w:rPr>
                <w:rFonts w:ascii="Avenir Book" w:hAnsi="Avenir Book"/>
              </w:rPr>
            </w:pPr>
            <w:r w:rsidRPr="00DF3DF4">
              <w:rPr>
                <w:rFonts w:ascii="Avenir Book" w:hAnsi="Avenir Book"/>
                <w:sz w:val="18"/>
              </w:rPr>
              <w:t>Drystone / stonework</w:t>
            </w:r>
          </w:p>
        </w:tc>
      </w:tr>
      <w:tr w:rsidR="006B2CD8" w:rsidRPr="00DF3DF4" w14:paraId="774A6EC1" w14:textId="77777777" w:rsidTr="00026C28">
        <w:tc>
          <w:tcPr>
            <w:tcW w:w="3364" w:type="dxa"/>
          </w:tcPr>
          <w:p w14:paraId="64685968" w14:textId="77777777" w:rsidR="006B2CD8" w:rsidRPr="00DF3DF4" w:rsidRDefault="006B2CD8">
            <w:pPr>
              <w:rPr>
                <w:rFonts w:ascii="Avenir Book" w:hAnsi="Avenir Book"/>
              </w:rPr>
            </w:pPr>
            <w:r w:rsidRPr="00DF3DF4">
              <w:rPr>
                <w:rFonts w:ascii="Avenir Book" w:hAnsi="Avenir Book"/>
                <w:sz w:val="18"/>
              </w:rPr>
              <w:t>B</w:t>
            </w:r>
          </w:p>
        </w:tc>
        <w:tc>
          <w:tcPr>
            <w:tcW w:w="3364" w:type="dxa"/>
          </w:tcPr>
          <w:p w14:paraId="123ADD5A" w14:textId="77777777" w:rsidR="006B2CD8" w:rsidRPr="00DF3DF4" w:rsidRDefault="006B2CD8">
            <w:pPr>
              <w:rPr>
                <w:rFonts w:ascii="Avenir Book" w:hAnsi="Avenir Book"/>
              </w:rPr>
            </w:pPr>
            <w:r w:rsidRPr="00DF3DF4">
              <w:rPr>
                <w:rFonts w:ascii="Avenir Book" w:hAnsi="Avenir Book"/>
                <w:sz w:val="18"/>
              </w:rPr>
              <w:t>Turf construction</w:t>
            </w:r>
          </w:p>
        </w:tc>
      </w:tr>
      <w:tr w:rsidR="006B2CD8" w:rsidRPr="00DF3DF4" w14:paraId="7E234D38" w14:textId="77777777" w:rsidTr="00026C28">
        <w:tc>
          <w:tcPr>
            <w:tcW w:w="3364" w:type="dxa"/>
          </w:tcPr>
          <w:p w14:paraId="7D87D0A1" w14:textId="77777777" w:rsidR="006B2CD8" w:rsidRPr="00DF3DF4" w:rsidRDefault="006B2CD8">
            <w:pPr>
              <w:rPr>
                <w:rFonts w:ascii="Avenir Book" w:hAnsi="Avenir Book"/>
              </w:rPr>
            </w:pPr>
            <w:r w:rsidRPr="00DF3DF4">
              <w:rPr>
                <w:rFonts w:ascii="Avenir Book" w:hAnsi="Avenir Book"/>
                <w:sz w:val="18"/>
              </w:rPr>
              <w:t>C</w:t>
            </w:r>
          </w:p>
        </w:tc>
        <w:tc>
          <w:tcPr>
            <w:tcW w:w="3364" w:type="dxa"/>
          </w:tcPr>
          <w:p w14:paraId="5E5BADB1" w14:textId="77777777" w:rsidR="006B2CD8" w:rsidRPr="00DF3DF4" w:rsidRDefault="006B2CD8">
            <w:pPr>
              <w:rPr>
                <w:rFonts w:ascii="Avenir Book" w:hAnsi="Avenir Book"/>
              </w:rPr>
            </w:pPr>
            <w:r w:rsidRPr="00DF3DF4">
              <w:rPr>
                <w:rFonts w:ascii="Avenir Book" w:hAnsi="Avenir Book"/>
                <w:sz w:val="18"/>
              </w:rPr>
              <w:t>Timber frame / greenwood joinery</w:t>
            </w:r>
          </w:p>
        </w:tc>
      </w:tr>
      <w:tr w:rsidR="006B2CD8" w:rsidRPr="00DF3DF4" w14:paraId="0E172F64" w14:textId="77777777" w:rsidTr="00026C28">
        <w:tc>
          <w:tcPr>
            <w:tcW w:w="3364" w:type="dxa"/>
          </w:tcPr>
          <w:p w14:paraId="2B564918" w14:textId="77777777" w:rsidR="006B2CD8" w:rsidRPr="00DF3DF4" w:rsidRDefault="006B2CD8">
            <w:pPr>
              <w:rPr>
                <w:rFonts w:ascii="Avenir Book" w:hAnsi="Avenir Book"/>
              </w:rPr>
            </w:pPr>
            <w:r w:rsidRPr="00DF3DF4">
              <w:rPr>
                <w:rFonts w:ascii="Avenir Book" w:hAnsi="Avenir Book"/>
                <w:sz w:val="18"/>
              </w:rPr>
              <w:t>D</w:t>
            </w:r>
          </w:p>
        </w:tc>
        <w:tc>
          <w:tcPr>
            <w:tcW w:w="3364" w:type="dxa"/>
          </w:tcPr>
          <w:p w14:paraId="283ED8FD" w14:textId="77777777" w:rsidR="006B2CD8" w:rsidRPr="00DF3DF4" w:rsidRDefault="006B2CD8">
            <w:pPr>
              <w:rPr>
                <w:rFonts w:ascii="Avenir Book" w:hAnsi="Avenir Book"/>
              </w:rPr>
            </w:pPr>
            <w:r w:rsidRPr="00DF3DF4">
              <w:rPr>
                <w:rFonts w:ascii="Avenir Book" w:hAnsi="Avenir Book"/>
                <w:sz w:val="18"/>
              </w:rPr>
              <w:t>Heather thatching</w:t>
            </w:r>
          </w:p>
        </w:tc>
      </w:tr>
      <w:tr w:rsidR="006B2CD8" w:rsidRPr="00DF3DF4" w14:paraId="625FB4E4" w14:textId="77777777" w:rsidTr="00026C28">
        <w:tc>
          <w:tcPr>
            <w:tcW w:w="3364" w:type="dxa"/>
          </w:tcPr>
          <w:p w14:paraId="2A81BBC3" w14:textId="77777777" w:rsidR="006B2CD8" w:rsidRPr="00DF3DF4" w:rsidRDefault="006B2CD8">
            <w:pPr>
              <w:rPr>
                <w:rFonts w:ascii="Avenir Book" w:hAnsi="Avenir Book"/>
              </w:rPr>
            </w:pPr>
            <w:r w:rsidRPr="00DF3DF4">
              <w:rPr>
                <w:rFonts w:ascii="Avenir Book" w:hAnsi="Avenir Book"/>
                <w:sz w:val="18"/>
              </w:rPr>
              <w:t>E</w:t>
            </w:r>
          </w:p>
        </w:tc>
        <w:tc>
          <w:tcPr>
            <w:tcW w:w="3364" w:type="dxa"/>
          </w:tcPr>
          <w:p w14:paraId="4E0CF6AA" w14:textId="77777777" w:rsidR="006B2CD8" w:rsidRPr="00DF3DF4" w:rsidRDefault="006B2CD8">
            <w:pPr>
              <w:rPr>
                <w:rFonts w:ascii="Avenir Book" w:hAnsi="Avenir Book"/>
              </w:rPr>
            </w:pPr>
            <w:r w:rsidRPr="00DF3DF4">
              <w:rPr>
                <w:rFonts w:ascii="Avenir Book" w:hAnsi="Avenir Book"/>
                <w:sz w:val="18"/>
              </w:rPr>
              <w:t xml:space="preserve">Internal floor </w:t>
            </w:r>
            <w:r w:rsidR="00DF3DF4">
              <w:rPr>
                <w:rFonts w:ascii="Avenir Book" w:hAnsi="Avenir Book"/>
                <w:sz w:val="18"/>
              </w:rPr>
              <w:t>(Stage 1)</w:t>
            </w:r>
          </w:p>
        </w:tc>
      </w:tr>
    </w:tbl>
    <w:p w14:paraId="0CAB8691" w14:textId="77777777" w:rsidR="005F292F" w:rsidRPr="00DF3DF4" w:rsidRDefault="00AA2C85">
      <w:pPr>
        <w:pStyle w:val="Heading1"/>
        <w:spacing w:after="80" w:line="240" w:lineRule="auto"/>
        <w:rPr>
          <w:rFonts w:ascii="Avenir Book" w:hAnsi="Avenir Book"/>
        </w:rPr>
      </w:pPr>
      <w:r w:rsidRPr="00DF3DF4">
        <w:rPr>
          <w:rFonts w:ascii="Avenir Book" w:hAnsi="Avenir Book"/>
        </w:rPr>
        <w:lastRenderedPageBreak/>
        <w:t>2. Project background and design assumptions</w:t>
      </w:r>
    </w:p>
    <w:p w14:paraId="2B562632" w14:textId="77777777" w:rsidR="006B2CD8" w:rsidRPr="00DF3DF4" w:rsidRDefault="00AA2C85" w:rsidP="006B2CD8">
      <w:pPr>
        <w:spacing w:after="80" w:line="240" w:lineRule="auto"/>
        <w:rPr>
          <w:rFonts w:ascii="Avenir Book" w:hAnsi="Avenir Book"/>
        </w:rPr>
      </w:pPr>
      <w:proofErr w:type="spellStart"/>
      <w:r w:rsidRPr="00DF3DF4">
        <w:rPr>
          <w:rFonts w:ascii="Avenir Book" w:hAnsi="Avenir Book"/>
        </w:rPr>
        <w:t>Gairloch</w:t>
      </w:r>
      <w:proofErr w:type="spellEnd"/>
      <w:r w:rsidRPr="00DF3DF4">
        <w:rPr>
          <w:rFonts w:ascii="Avenir Book" w:hAnsi="Avenir Book"/>
        </w:rPr>
        <w:t xml:space="preserve"> Museum is developing a full-scale reconstructed Iron Age roundhouse within its Outdoor Museum. The project is informe</w:t>
      </w:r>
      <w:r w:rsidR="00BE2C4D" w:rsidRPr="00DF3DF4">
        <w:rPr>
          <w:rFonts w:ascii="Avenir Book" w:hAnsi="Avenir Book"/>
        </w:rPr>
        <w:t xml:space="preserve">d by the </w:t>
      </w:r>
      <w:proofErr w:type="spellStart"/>
      <w:r w:rsidR="00BE2C4D" w:rsidRPr="00DF3DF4">
        <w:rPr>
          <w:rFonts w:ascii="Avenir Book" w:hAnsi="Avenir Book"/>
        </w:rPr>
        <w:t>Achtercairn</w:t>
      </w:r>
      <w:proofErr w:type="spellEnd"/>
      <w:r w:rsidR="00BE2C4D" w:rsidRPr="00DF3DF4">
        <w:rPr>
          <w:rFonts w:ascii="Avenir Book" w:hAnsi="Avenir Book"/>
        </w:rPr>
        <w:t xml:space="preserve"> roundhouses </w:t>
      </w:r>
      <w:r w:rsidRPr="00DF3DF4">
        <w:rPr>
          <w:rFonts w:ascii="Avenir Book" w:hAnsi="Avenir Book"/>
        </w:rPr>
        <w:t>behind the Museum and by community archaeology undertaken over several years</w:t>
      </w:r>
      <w:r w:rsidR="00BE2C4D" w:rsidRPr="00DF3DF4">
        <w:rPr>
          <w:rFonts w:ascii="Avenir Book" w:hAnsi="Avenir Book"/>
        </w:rPr>
        <w:t xml:space="preserve"> (</w:t>
      </w:r>
      <w:r w:rsidR="00BE2C4D" w:rsidRPr="00DF3DF4">
        <w:rPr>
          <w:rFonts w:ascii="Avenir Book" w:hAnsi="Avenir Book"/>
          <w:u w:val="single"/>
        </w:rPr>
        <w:t>see Archaeological Note</w:t>
      </w:r>
      <w:r w:rsidR="00BE2C4D" w:rsidRPr="00DF3DF4">
        <w:rPr>
          <w:rFonts w:ascii="Avenir Book" w:hAnsi="Avenir Book"/>
        </w:rPr>
        <w:t>)</w:t>
      </w:r>
      <w:r w:rsidRPr="00DF3DF4">
        <w:rPr>
          <w:rFonts w:ascii="Avenir Book" w:hAnsi="Avenir Book"/>
        </w:rPr>
        <w:t xml:space="preserve">. </w:t>
      </w:r>
    </w:p>
    <w:p w14:paraId="23040483" w14:textId="77777777" w:rsidR="00BE2C4D" w:rsidRPr="00DF3DF4" w:rsidRDefault="00BE2C4D" w:rsidP="006B2CD8">
      <w:pPr>
        <w:spacing w:after="80" w:line="240" w:lineRule="auto"/>
        <w:rPr>
          <w:rFonts w:ascii="Avenir Book" w:hAnsi="Avenir Book"/>
        </w:rPr>
      </w:pPr>
    </w:p>
    <w:p w14:paraId="6C2DDFD7" w14:textId="77777777" w:rsidR="00BE2C4D" w:rsidRPr="00DF3DF4" w:rsidRDefault="00BE2C4D" w:rsidP="006B2CD8">
      <w:pPr>
        <w:spacing w:after="80" w:line="240" w:lineRule="auto"/>
        <w:rPr>
          <w:rFonts w:ascii="Avenir Book" w:hAnsi="Avenir Book"/>
        </w:rPr>
      </w:pPr>
      <w:r w:rsidRPr="00DF3DF4">
        <w:rPr>
          <w:rFonts w:ascii="Avenir Book" w:hAnsi="Avenir Book"/>
        </w:rPr>
        <w:t xml:space="preserve">The Roundhouse project is both an archaeological reconstruction and a live learning build. The design must be informed by the </w:t>
      </w:r>
      <w:proofErr w:type="spellStart"/>
      <w:r w:rsidRPr="00DF3DF4">
        <w:rPr>
          <w:rFonts w:ascii="Avenir Book" w:hAnsi="Avenir Book"/>
        </w:rPr>
        <w:t>Achtercairn</w:t>
      </w:r>
      <w:proofErr w:type="spellEnd"/>
      <w:r w:rsidRPr="00DF3DF4">
        <w:rPr>
          <w:rFonts w:ascii="Avenir Book" w:hAnsi="Avenir Book"/>
        </w:rPr>
        <w:t xml:space="preserve"> evidence, while also allowing people to understand how that evidence is translated into a real structure. Craftspeople will play a key role in building the roundhouse and making the process visible and accessible. Safe opportunities for volunteers, schools and visitors to observe, learn and take part should be built into each craft phase. </w:t>
      </w:r>
      <w:proofErr w:type="spellStart"/>
      <w:r w:rsidR="00C621EE" w:rsidRPr="00DF3DF4">
        <w:rPr>
          <w:rFonts w:ascii="Avenir Book" w:hAnsi="Avenir Book"/>
        </w:rPr>
        <w:t>Gairloch</w:t>
      </w:r>
      <w:proofErr w:type="spellEnd"/>
      <w:r w:rsidR="00C621EE" w:rsidRPr="00DF3DF4">
        <w:rPr>
          <w:rFonts w:ascii="Avenir Book" w:hAnsi="Avenir Book"/>
        </w:rPr>
        <w:t xml:space="preserve"> Museum is keen for the Roundhouse Build to support local skills, employment, materials knowledge and long-term maintenance capacity. </w:t>
      </w:r>
    </w:p>
    <w:p w14:paraId="36F13B89" w14:textId="77777777" w:rsidR="006B2CD8" w:rsidRPr="00DF3DF4" w:rsidRDefault="006B2CD8" w:rsidP="006B2CD8">
      <w:pPr>
        <w:spacing w:after="80" w:line="240" w:lineRule="auto"/>
        <w:rPr>
          <w:rFonts w:ascii="Avenir Book" w:hAnsi="Avenir Book"/>
        </w:rPr>
      </w:pPr>
    </w:p>
    <w:p w14:paraId="5F85B722" w14:textId="77777777" w:rsidR="00511442" w:rsidRPr="00DF3DF4" w:rsidRDefault="00511442" w:rsidP="006B2CD8">
      <w:pPr>
        <w:spacing w:after="80" w:line="240" w:lineRule="auto"/>
        <w:rPr>
          <w:rFonts w:ascii="Avenir Book" w:hAnsi="Avenir Book"/>
          <w:b/>
        </w:rPr>
      </w:pPr>
      <w:r w:rsidRPr="00DF3DF4">
        <w:rPr>
          <w:rFonts w:ascii="Avenir Book" w:hAnsi="Avenir Book"/>
          <w:b/>
        </w:rPr>
        <w:t>The Team</w:t>
      </w:r>
    </w:p>
    <w:p w14:paraId="27CF6E51" w14:textId="77777777" w:rsidR="006B2CD8" w:rsidRPr="00DF3DF4" w:rsidRDefault="006B2CD8" w:rsidP="006B2CD8">
      <w:pPr>
        <w:spacing w:after="80" w:line="240" w:lineRule="auto"/>
        <w:rPr>
          <w:rFonts w:ascii="Avenir Book" w:hAnsi="Avenir Book"/>
        </w:rPr>
      </w:pPr>
      <w:r w:rsidRPr="00DF3DF4">
        <w:rPr>
          <w:rFonts w:ascii="Avenir Book" w:hAnsi="Avenir Book"/>
        </w:rPr>
        <w:t xml:space="preserve">The Roundhouse build team will bring together </w:t>
      </w:r>
      <w:proofErr w:type="spellStart"/>
      <w:r w:rsidRPr="00DF3DF4">
        <w:rPr>
          <w:rFonts w:ascii="Avenir Book" w:hAnsi="Avenir Book"/>
        </w:rPr>
        <w:t>Gairloch</w:t>
      </w:r>
      <w:proofErr w:type="spellEnd"/>
      <w:r w:rsidRPr="00DF3DF4">
        <w:rPr>
          <w:rFonts w:ascii="Avenir Book" w:hAnsi="Avenir Book"/>
        </w:rPr>
        <w:t xml:space="preserve"> Museum’s project staff, a dedicated Project Manager, Education and Engagement Officer, Film-maker,</w:t>
      </w:r>
      <w:r w:rsidR="00DF3DF4">
        <w:rPr>
          <w:rFonts w:ascii="Avenir Book" w:hAnsi="Avenir Book"/>
        </w:rPr>
        <w:t xml:space="preserve"> </w:t>
      </w:r>
      <w:r w:rsidRPr="00DF3DF4">
        <w:rPr>
          <w:rFonts w:ascii="Avenir Book" w:hAnsi="Avenir Book"/>
        </w:rPr>
        <w:t xml:space="preserve">Evaluation Contract, ARC Architects and </w:t>
      </w:r>
      <w:proofErr w:type="spellStart"/>
      <w:r w:rsidRPr="00DF3DF4">
        <w:rPr>
          <w:rFonts w:ascii="Avenir Book" w:hAnsi="Avenir Book"/>
        </w:rPr>
        <w:t>Narro</w:t>
      </w:r>
      <w:proofErr w:type="spellEnd"/>
      <w:r w:rsidRPr="00DF3DF4">
        <w:rPr>
          <w:rFonts w:ascii="Avenir Book" w:hAnsi="Avenir Book"/>
        </w:rPr>
        <w:t xml:space="preserve"> Associates, with archaeological input from </w:t>
      </w:r>
      <w:proofErr w:type="spellStart"/>
      <w:r w:rsidRPr="00DF3DF4">
        <w:rPr>
          <w:rFonts w:ascii="Avenir Book" w:hAnsi="Avenir Book"/>
        </w:rPr>
        <w:t>Dr</w:t>
      </w:r>
      <w:proofErr w:type="spellEnd"/>
      <w:r w:rsidRPr="00DF3DF4">
        <w:rPr>
          <w:rFonts w:ascii="Avenir Book" w:hAnsi="Avenir Book"/>
        </w:rPr>
        <w:t xml:space="preserve"> Tom Gardner and </w:t>
      </w:r>
      <w:proofErr w:type="spellStart"/>
      <w:r w:rsidRPr="00DF3DF4">
        <w:rPr>
          <w:rFonts w:ascii="Avenir Book" w:hAnsi="Avenir Book"/>
        </w:rPr>
        <w:t>Dr</w:t>
      </w:r>
      <w:proofErr w:type="spellEnd"/>
      <w:r w:rsidRPr="00DF3DF4">
        <w:rPr>
          <w:rFonts w:ascii="Avenir Book" w:hAnsi="Avenir Book"/>
        </w:rPr>
        <w:t xml:space="preserve"> Tanja </w:t>
      </w:r>
      <w:proofErr w:type="spellStart"/>
      <w:r w:rsidRPr="00DF3DF4">
        <w:rPr>
          <w:rFonts w:ascii="Avenir Book" w:hAnsi="Avenir Book"/>
        </w:rPr>
        <w:t>Romankiewicz</w:t>
      </w:r>
      <w:proofErr w:type="spellEnd"/>
      <w:r w:rsidRPr="00DF3DF4">
        <w:rPr>
          <w:rFonts w:ascii="Avenir Book" w:hAnsi="Avenir Book"/>
        </w:rPr>
        <w:t xml:space="preserve"> from the University of Edinburgh. </w:t>
      </w:r>
      <w:r w:rsidR="00BE2C4D" w:rsidRPr="00DF3DF4">
        <w:rPr>
          <w:rFonts w:ascii="Avenir Book" w:hAnsi="Avenir Book"/>
        </w:rPr>
        <w:t>C</w:t>
      </w:r>
      <w:r w:rsidRPr="00DF3DF4">
        <w:rPr>
          <w:rFonts w:ascii="Avenir Book" w:hAnsi="Avenir Book"/>
        </w:rPr>
        <w:t>raftspeople will lea</w:t>
      </w:r>
      <w:r w:rsidR="00BE2C4D" w:rsidRPr="00DF3DF4">
        <w:rPr>
          <w:rFonts w:ascii="Avenir Book" w:hAnsi="Avenir Book"/>
        </w:rPr>
        <w:t>d the main construction phases -</w:t>
      </w:r>
      <w:r w:rsidRPr="00DF3DF4">
        <w:rPr>
          <w:rFonts w:ascii="Avenir Book" w:hAnsi="Avenir Book"/>
        </w:rPr>
        <w:t xml:space="preserve"> stonework/drystone, turf, timber/greenwood</w:t>
      </w:r>
      <w:r w:rsidR="00BE2C4D" w:rsidRPr="00DF3DF4">
        <w:rPr>
          <w:rFonts w:ascii="Avenir Book" w:hAnsi="Avenir Book"/>
        </w:rPr>
        <w:t xml:space="preserve"> joinery and heather thatching -</w:t>
      </w:r>
      <w:r w:rsidRPr="00DF3DF4">
        <w:rPr>
          <w:rFonts w:ascii="Avenir Book" w:hAnsi="Avenir Book"/>
        </w:rPr>
        <w:t xml:space="preserve"> supported by volunteers, a </w:t>
      </w:r>
      <w:r w:rsidR="00BE2C4D" w:rsidRPr="00DF3DF4">
        <w:rPr>
          <w:rFonts w:ascii="Avenir Book" w:hAnsi="Avenir Book"/>
        </w:rPr>
        <w:t xml:space="preserve">3-month </w:t>
      </w:r>
      <w:r w:rsidRPr="00DF3DF4">
        <w:rPr>
          <w:rFonts w:ascii="Avenir Book" w:hAnsi="Avenir Book"/>
        </w:rPr>
        <w:t xml:space="preserve">paid local school-leaver placement, and HES Craft Fellows at key stages where extra hands </w:t>
      </w:r>
      <w:r w:rsidR="00BE2C4D" w:rsidRPr="00DF3DF4">
        <w:rPr>
          <w:rFonts w:ascii="Avenir Book" w:hAnsi="Avenir Book"/>
        </w:rPr>
        <w:t>are needed</w:t>
      </w:r>
      <w:r w:rsidRPr="00DF3DF4">
        <w:rPr>
          <w:rFonts w:ascii="Avenir Book" w:hAnsi="Avenir Book"/>
        </w:rPr>
        <w:t>. The wider team also includes the Museum’s Educa</w:t>
      </w:r>
      <w:r w:rsidR="00BE2C4D" w:rsidRPr="00DF3DF4">
        <w:rPr>
          <w:rFonts w:ascii="Avenir Book" w:hAnsi="Avenir Book"/>
        </w:rPr>
        <w:t>tion and Interpretation Groups and</w:t>
      </w:r>
      <w:r w:rsidRPr="00DF3DF4">
        <w:rPr>
          <w:rFonts w:ascii="Avenir Book" w:hAnsi="Avenir Book"/>
        </w:rPr>
        <w:t xml:space="preserve"> Sabhal </w:t>
      </w:r>
      <w:proofErr w:type="spellStart"/>
      <w:r w:rsidRPr="00DF3DF4">
        <w:rPr>
          <w:rFonts w:ascii="Avenir Book" w:hAnsi="Avenir Book"/>
        </w:rPr>
        <w:t>Mòr</w:t>
      </w:r>
      <w:proofErr w:type="spellEnd"/>
      <w:r w:rsidRPr="00DF3DF4">
        <w:rPr>
          <w:rFonts w:ascii="Avenir Book" w:hAnsi="Avenir Book"/>
        </w:rPr>
        <w:t xml:space="preserve"> </w:t>
      </w:r>
      <w:proofErr w:type="spellStart"/>
      <w:r w:rsidRPr="00DF3DF4">
        <w:rPr>
          <w:rFonts w:ascii="Avenir Book" w:hAnsi="Avenir Book"/>
        </w:rPr>
        <w:t>Ostaig</w:t>
      </w:r>
      <w:proofErr w:type="spellEnd"/>
      <w:r w:rsidRPr="00DF3DF4">
        <w:rPr>
          <w:rFonts w:ascii="Avenir Book" w:hAnsi="Avenir Book"/>
        </w:rPr>
        <w:t xml:space="preserve"> for Gael</w:t>
      </w:r>
      <w:r w:rsidR="00BE2C4D" w:rsidRPr="00DF3DF4">
        <w:rPr>
          <w:rFonts w:ascii="Avenir Book" w:hAnsi="Avenir Book"/>
        </w:rPr>
        <w:t>ic terminology and storytelling</w:t>
      </w:r>
      <w:r w:rsidRPr="00DF3DF4">
        <w:rPr>
          <w:rFonts w:ascii="Avenir Book" w:hAnsi="Avenir Book"/>
        </w:rPr>
        <w:t>.</w:t>
      </w:r>
    </w:p>
    <w:p w14:paraId="5BC7E088" w14:textId="77777777" w:rsidR="00511442" w:rsidRPr="00DF3DF4" w:rsidRDefault="00511442" w:rsidP="006B2CD8">
      <w:pPr>
        <w:spacing w:after="80" w:line="240" w:lineRule="auto"/>
        <w:rPr>
          <w:rFonts w:ascii="Avenir Book" w:hAnsi="Avenir Book"/>
        </w:rPr>
      </w:pPr>
    </w:p>
    <w:p w14:paraId="1DFDA9B5" w14:textId="77777777" w:rsidR="00511442" w:rsidRPr="00DF3DF4" w:rsidRDefault="00511442" w:rsidP="00511442">
      <w:pPr>
        <w:spacing w:after="80" w:line="240" w:lineRule="auto"/>
        <w:rPr>
          <w:rFonts w:ascii="Avenir Book" w:hAnsi="Avenir Book"/>
        </w:rPr>
      </w:pPr>
      <w:r w:rsidRPr="00DF3DF4">
        <w:rPr>
          <w:rFonts w:ascii="Avenir Book" w:hAnsi="Avenir Book"/>
          <w:b/>
          <w:bCs/>
        </w:rPr>
        <w:t>Participation and volunteer tasks</w:t>
      </w:r>
    </w:p>
    <w:p w14:paraId="2764589A" w14:textId="34449901" w:rsidR="00C621EE" w:rsidRPr="00DF3DF4" w:rsidRDefault="00511442" w:rsidP="00511442">
      <w:pPr>
        <w:spacing w:after="80" w:line="240" w:lineRule="auto"/>
        <w:rPr>
          <w:rFonts w:ascii="Avenir Book" w:hAnsi="Avenir Book"/>
        </w:rPr>
      </w:pPr>
      <w:r w:rsidRPr="00DF3DF4">
        <w:rPr>
          <w:rFonts w:ascii="Avenir Book" w:hAnsi="Avenir Book"/>
        </w:rPr>
        <w:t xml:space="preserve">Participation will be structured through formal training, supervised live-build involvement, public demonstration tasks and school projects. The Museum will run skills courses ahead of each main craft phase so that a small number of trained participants can support the live build in a more involved role. Wider public participation will take place through safe tasks </w:t>
      </w:r>
      <w:r w:rsidR="00964F9B">
        <w:rPr>
          <w:rFonts w:ascii="Avenir Book" w:hAnsi="Avenir Book"/>
        </w:rPr>
        <w:t xml:space="preserve">on </w:t>
      </w:r>
      <w:r w:rsidR="004C270A">
        <w:rPr>
          <w:rFonts w:ascii="Avenir Book" w:hAnsi="Avenir Book"/>
        </w:rPr>
        <w:t>weekly</w:t>
      </w:r>
      <w:r w:rsidRPr="00DF3DF4">
        <w:rPr>
          <w:rFonts w:ascii="Avenir Book" w:hAnsi="Avenir Book"/>
        </w:rPr>
        <w:t xml:space="preserve"> demonstration days</w:t>
      </w:r>
      <w:r w:rsidR="004C270A">
        <w:rPr>
          <w:rFonts w:ascii="Avenir Book" w:hAnsi="Avenir Book"/>
        </w:rPr>
        <w:t xml:space="preserve"> during the build</w:t>
      </w:r>
      <w:r w:rsidRPr="00DF3DF4">
        <w:rPr>
          <w:rFonts w:ascii="Avenir Book" w:hAnsi="Avenir Book"/>
        </w:rPr>
        <w:t xml:space="preserve">. Schools will contribute through full-day site visits and, where suitable, small classroom projects. Volunteers will be involved before the build through materials work parties, including heather picking, hazel coppicing/preparation and local stone gathering. Craftspeople are asked to identify safe tasks, supervision limits, tools/PPE requirements and the best timing for each activity, so that the Museum can advertise a public participation </w:t>
      </w:r>
      <w:proofErr w:type="spellStart"/>
      <w:r w:rsidRPr="00DF3DF4">
        <w:rPr>
          <w:rFonts w:ascii="Avenir Book" w:hAnsi="Avenir Book"/>
        </w:rPr>
        <w:t>programme</w:t>
      </w:r>
      <w:proofErr w:type="spellEnd"/>
      <w:r w:rsidRPr="00DF3DF4">
        <w:rPr>
          <w:rFonts w:ascii="Avenir Book" w:hAnsi="Avenir Book"/>
        </w:rPr>
        <w:t xml:space="preserve"> and </w:t>
      </w:r>
      <w:proofErr w:type="spellStart"/>
      <w:r w:rsidRPr="00DF3DF4">
        <w:rPr>
          <w:rFonts w:ascii="Avenir Book" w:hAnsi="Avenir Book"/>
        </w:rPr>
        <w:t>organise</w:t>
      </w:r>
      <w:proofErr w:type="spellEnd"/>
      <w:r w:rsidRPr="00DF3DF4">
        <w:rPr>
          <w:rFonts w:ascii="Avenir Book" w:hAnsi="Avenir Book"/>
        </w:rPr>
        <w:t xml:space="preserve"> work parties around the build timetable.</w:t>
      </w:r>
    </w:p>
    <w:p w14:paraId="4FA7C93C" w14:textId="77777777" w:rsidR="00511442" w:rsidRPr="00DF3DF4" w:rsidRDefault="00511442" w:rsidP="006B2CD8">
      <w:pPr>
        <w:spacing w:after="80" w:line="240" w:lineRule="auto"/>
        <w:rPr>
          <w:rFonts w:ascii="Avenir Book" w:hAnsi="Avenir Book"/>
          <w:lang w:val="en-GB"/>
        </w:rPr>
      </w:pPr>
    </w:p>
    <w:p w14:paraId="72DFF2F6" w14:textId="77777777" w:rsidR="006B2CD8" w:rsidRPr="00DF3DF4" w:rsidRDefault="00AB222F" w:rsidP="006B2CD8">
      <w:pPr>
        <w:spacing w:after="80" w:line="240" w:lineRule="auto"/>
        <w:rPr>
          <w:rFonts w:ascii="Avenir Book" w:hAnsi="Avenir Book"/>
          <w:b/>
          <w:lang w:val="en-GB"/>
        </w:rPr>
      </w:pPr>
      <w:r w:rsidRPr="00DF3DF4">
        <w:rPr>
          <w:rFonts w:ascii="Avenir Book" w:hAnsi="Avenir Book"/>
          <w:b/>
          <w:lang w:val="en-GB"/>
        </w:rPr>
        <w:t>Design Assumptions (</w:t>
      </w:r>
      <w:r w:rsidRPr="00DF3DF4">
        <w:rPr>
          <w:rFonts w:ascii="Avenir Book" w:hAnsi="Avenir Book"/>
          <w:b/>
          <w:u w:val="single"/>
          <w:lang w:val="en-GB"/>
        </w:rPr>
        <w:t>See Design and Access Statement</w:t>
      </w:r>
      <w:r w:rsidRPr="00DF3DF4">
        <w:rPr>
          <w:rFonts w:ascii="Avenir Book" w:hAnsi="Avenir Book"/>
          <w:b/>
          <w:lang w:val="en-GB"/>
        </w:rPr>
        <w:t>)</w:t>
      </w:r>
    </w:p>
    <w:p w14:paraId="1478C45A" w14:textId="77777777" w:rsidR="005F292F" w:rsidRPr="00DF3DF4" w:rsidRDefault="00AA2C85" w:rsidP="006B2CD8">
      <w:pPr>
        <w:spacing w:after="80" w:line="240" w:lineRule="auto"/>
        <w:rPr>
          <w:rFonts w:ascii="Avenir Book" w:hAnsi="Avenir Book"/>
        </w:rPr>
      </w:pPr>
      <w:r w:rsidRPr="00DF3DF4">
        <w:rPr>
          <w:rFonts w:ascii="Avenir Book" w:hAnsi="Avenir Book"/>
        </w:rPr>
        <w:t>For pricing, tenderers should assume the following; this is not a final construction specification:</w:t>
      </w:r>
    </w:p>
    <w:p w14:paraId="78116345"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proposed site is </w:t>
      </w:r>
      <w:r w:rsidRPr="00DF3DF4">
        <w:rPr>
          <w:rFonts w:ascii="Avenir Book" w:hAnsi="Avenir Book"/>
          <w:bCs/>
        </w:rPr>
        <w:t>rough, semi-natural grassland immediately beside the existing Outdoor Museum</w:t>
      </w:r>
      <w:r w:rsidRPr="00DF3DF4">
        <w:rPr>
          <w:rFonts w:ascii="Avenir Book" w:hAnsi="Avenir Book"/>
        </w:rPr>
        <w:t xml:space="preserve">, opposite </w:t>
      </w:r>
      <w:proofErr w:type="spellStart"/>
      <w:r w:rsidRPr="00DF3DF4">
        <w:rPr>
          <w:rFonts w:ascii="Avenir Book" w:hAnsi="Avenir Book"/>
        </w:rPr>
        <w:t>Gairloch</w:t>
      </w:r>
      <w:proofErr w:type="spellEnd"/>
      <w:r w:rsidRPr="00DF3DF4">
        <w:rPr>
          <w:rFonts w:ascii="Avenir Book" w:hAnsi="Avenir Book"/>
        </w:rPr>
        <w:t xml:space="preserve"> Museum, at </w:t>
      </w:r>
      <w:r w:rsidRPr="00DF3DF4">
        <w:rPr>
          <w:rFonts w:ascii="Avenir Book" w:hAnsi="Avenir Book"/>
          <w:bCs/>
        </w:rPr>
        <w:t>NG 80349 76605</w:t>
      </w:r>
      <w:r w:rsidRPr="00DF3DF4">
        <w:rPr>
          <w:rFonts w:ascii="Avenir Book" w:hAnsi="Avenir Book"/>
        </w:rPr>
        <w:t xml:space="preserve">. The ground slopes gradually from east to west, and the proposed development area is approximately </w:t>
      </w:r>
      <w:r w:rsidRPr="00DF3DF4">
        <w:rPr>
          <w:rFonts w:ascii="Avenir Book" w:hAnsi="Avenir Book"/>
          <w:bCs/>
        </w:rPr>
        <w:t>80m²</w:t>
      </w:r>
      <w:r w:rsidRPr="00DF3DF4">
        <w:rPr>
          <w:rFonts w:ascii="Avenir Book" w:hAnsi="Avenir Book"/>
        </w:rPr>
        <w:t xml:space="preserve">. </w:t>
      </w:r>
    </w:p>
    <w:p w14:paraId="4E1A3F35"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roundhouse is proposed as a </w:t>
      </w:r>
      <w:r w:rsidRPr="00DF3DF4">
        <w:rPr>
          <w:rFonts w:ascii="Avenir Book" w:hAnsi="Avenir Book"/>
          <w:bCs/>
        </w:rPr>
        <w:t>circular plan approximately 8.3m in diameter</w:t>
      </w:r>
      <w:r w:rsidRPr="00DF3DF4">
        <w:rPr>
          <w:rFonts w:ascii="Avenir Book" w:hAnsi="Avenir Book"/>
        </w:rPr>
        <w:t xml:space="preserve">. </w:t>
      </w:r>
    </w:p>
    <w:p w14:paraId="5FF7B8E2"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walls are described as </w:t>
      </w:r>
      <w:r w:rsidRPr="00DF3DF4">
        <w:rPr>
          <w:rFonts w:ascii="Avenir Book" w:hAnsi="Avenir Book"/>
          <w:bCs/>
        </w:rPr>
        <w:t>low walls with a local drystone rubble base</w:t>
      </w:r>
      <w:r w:rsidRPr="00DF3DF4">
        <w:rPr>
          <w:rFonts w:ascii="Avenir Book" w:hAnsi="Avenir Book"/>
        </w:rPr>
        <w:t xml:space="preserve">, supporting an </w:t>
      </w:r>
      <w:r w:rsidRPr="00DF3DF4">
        <w:rPr>
          <w:rFonts w:ascii="Avenir Book" w:hAnsi="Avenir Book"/>
          <w:bCs/>
        </w:rPr>
        <w:t>upper layer of turf walling</w:t>
      </w:r>
      <w:r w:rsidRPr="00DF3DF4">
        <w:rPr>
          <w:rFonts w:ascii="Avenir Book" w:hAnsi="Avenir Book"/>
        </w:rPr>
        <w:t xml:space="preserve">. </w:t>
      </w:r>
    </w:p>
    <w:p w14:paraId="3D7C8DC5"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building will have </w:t>
      </w:r>
      <w:r w:rsidRPr="00DF3DF4">
        <w:rPr>
          <w:rFonts w:ascii="Avenir Book" w:hAnsi="Avenir Book"/>
          <w:bCs/>
        </w:rPr>
        <w:t>a single lockable timber entrance doorway</w:t>
      </w:r>
      <w:r w:rsidRPr="00DF3DF4">
        <w:rPr>
          <w:rFonts w:ascii="Avenir Book" w:hAnsi="Avenir Book"/>
        </w:rPr>
        <w:t xml:space="preserve">. </w:t>
      </w:r>
    </w:p>
    <w:p w14:paraId="6E5785F8"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roof structure will be a </w:t>
      </w:r>
      <w:r w:rsidRPr="00DF3DF4">
        <w:rPr>
          <w:rFonts w:ascii="Avenir Book" w:hAnsi="Avenir Book"/>
          <w:bCs/>
        </w:rPr>
        <w:t>round-pole structure</w:t>
      </w:r>
      <w:r w:rsidRPr="00DF3DF4">
        <w:rPr>
          <w:rFonts w:ascii="Avenir Book" w:hAnsi="Avenir Book"/>
        </w:rPr>
        <w:t xml:space="preserve">, using appropriate timber species. </w:t>
      </w:r>
    </w:p>
    <w:p w14:paraId="2EBB7F45"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roof will be </w:t>
      </w:r>
      <w:r w:rsidRPr="00DF3DF4">
        <w:rPr>
          <w:rFonts w:ascii="Avenir Book" w:hAnsi="Avenir Book"/>
          <w:bCs/>
        </w:rPr>
        <w:t>conical heather thatch</w:t>
      </w:r>
      <w:r w:rsidRPr="00DF3DF4">
        <w:rPr>
          <w:rFonts w:ascii="Avenir Book" w:hAnsi="Avenir Book"/>
        </w:rPr>
        <w:t xml:space="preserve">, rising to approximately </w:t>
      </w:r>
      <w:r w:rsidRPr="00DF3DF4">
        <w:rPr>
          <w:rFonts w:ascii="Avenir Book" w:hAnsi="Avenir Book"/>
          <w:bCs/>
        </w:rPr>
        <w:t>5.6m high</w:t>
      </w:r>
      <w:r w:rsidRPr="00DF3DF4">
        <w:rPr>
          <w:rFonts w:ascii="Avenir Book" w:hAnsi="Avenir Book"/>
        </w:rPr>
        <w:t xml:space="preserve">. </w:t>
      </w:r>
    </w:p>
    <w:p w14:paraId="6A0E3D6D"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Timber joints are to be </w:t>
      </w:r>
      <w:r w:rsidRPr="00DF3DF4">
        <w:rPr>
          <w:rFonts w:ascii="Avenir Book" w:hAnsi="Avenir Book"/>
          <w:bCs/>
        </w:rPr>
        <w:t>pegged or bound with ropes</w:t>
      </w:r>
      <w:r w:rsidRPr="00DF3DF4">
        <w:rPr>
          <w:rFonts w:ascii="Avenir Book" w:hAnsi="Avenir Book"/>
        </w:rPr>
        <w:t xml:space="preserve">. </w:t>
      </w:r>
    </w:p>
    <w:p w14:paraId="3F5763C0"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ground preparation is to mirror Roundhouse 10, with a </w:t>
      </w:r>
      <w:r w:rsidRPr="00DF3DF4">
        <w:rPr>
          <w:rFonts w:ascii="Avenir Book" w:hAnsi="Avenir Book"/>
          <w:bCs/>
        </w:rPr>
        <w:t>shallow cut-and-fill</w:t>
      </w:r>
      <w:r w:rsidRPr="00DF3DF4">
        <w:rPr>
          <w:rFonts w:ascii="Avenir Book" w:hAnsi="Avenir Book"/>
        </w:rPr>
        <w:t xml:space="preserve"> to accommodate the natural slope. </w:t>
      </w:r>
    </w:p>
    <w:p w14:paraId="169A9ED6"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A </w:t>
      </w:r>
      <w:r w:rsidRPr="00DF3DF4">
        <w:rPr>
          <w:rFonts w:ascii="Avenir Book" w:hAnsi="Avenir Book"/>
          <w:bCs/>
        </w:rPr>
        <w:t>land drain around the perimeter</w:t>
      </w:r>
      <w:r w:rsidRPr="00DF3DF4">
        <w:rPr>
          <w:rFonts w:ascii="Avenir Book" w:hAnsi="Avenir Book"/>
        </w:rPr>
        <w:t xml:space="preserve"> is proposed to keep the ground dry and take rainwater away from the walls to a local </w:t>
      </w:r>
      <w:proofErr w:type="spellStart"/>
      <w:r w:rsidRPr="00DF3DF4">
        <w:rPr>
          <w:rFonts w:ascii="Avenir Book" w:hAnsi="Avenir Book"/>
        </w:rPr>
        <w:t>soakaway</w:t>
      </w:r>
      <w:proofErr w:type="spellEnd"/>
      <w:r w:rsidRPr="00DF3DF4">
        <w:rPr>
          <w:rFonts w:ascii="Avenir Book" w:hAnsi="Avenir Book"/>
        </w:rPr>
        <w:t xml:space="preserve">. </w:t>
      </w:r>
    </w:p>
    <w:p w14:paraId="44CC224D"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construction is intended to use </w:t>
      </w:r>
      <w:r w:rsidRPr="00DF3DF4">
        <w:rPr>
          <w:rFonts w:ascii="Avenir Book" w:hAnsi="Avenir Book"/>
          <w:bCs/>
        </w:rPr>
        <w:t>no concrete and no metal materials</w:t>
      </w:r>
      <w:r w:rsidRPr="00DF3DF4">
        <w:rPr>
          <w:rFonts w:ascii="Avenir Book" w:hAnsi="Avenir Book"/>
        </w:rPr>
        <w:t xml:space="preserve">, relying on natural materials only. </w:t>
      </w:r>
    </w:p>
    <w:p w14:paraId="664CC467" w14:textId="46AE9B32" w:rsidR="00AB222F" w:rsidRPr="00964F9B" w:rsidRDefault="00AB222F" w:rsidP="009B0E67">
      <w:pPr>
        <w:pStyle w:val="ListParagraph"/>
        <w:numPr>
          <w:ilvl w:val="0"/>
          <w:numId w:val="12"/>
        </w:numPr>
        <w:spacing w:after="80" w:line="240" w:lineRule="auto"/>
        <w:rPr>
          <w:rFonts w:ascii="Avenir Book" w:hAnsi="Avenir Book"/>
        </w:rPr>
      </w:pPr>
      <w:r w:rsidRPr="00DF3DF4">
        <w:rPr>
          <w:rFonts w:ascii="Avenir Book" w:hAnsi="Avenir Book"/>
        </w:rPr>
        <w:t xml:space="preserve">There will be </w:t>
      </w:r>
      <w:r w:rsidRPr="00DF3DF4">
        <w:rPr>
          <w:rFonts w:ascii="Avenir Book" w:hAnsi="Avenir Book"/>
          <w:bCs/>
        </w:rPr>
        <w:t>no mains electricity or water services.</w:t>
      </w:r>
    </w:p>
    <w:p w14:paraId="3384B338" w14:textId="77777777" w:rsidR="00964F9B" w:rsidRPr="00DF3DF4" w:rsidRDefault="00964F9B" w:rsidP="00964F9B">
      <w:pPr>
        <w:pStyle w:val="ListParagraph"/>
        <w:spacing w:after="80" w:line="240" w:lineRule="auto"/>
        <w:rPr>
          <w:rFonts w:ascii="Avenir Book" w:hAnsi="Avenir Book"/>
        </w:rPr>
      </w:pPr>
    </w:p>
    <w:p w14:paraId="2A179ADB" w14:textId="77777777" w:rsidR="00AB222F" w:rsidRPr="00DF3DF4" w:rsidRDefault="00AB222F" w:rsidP="009B0E67">
      <w:pPr>
        <w:pStyle w:val="ListParagraph"/>
        <w:numPr>
          <w:ilvl w:val="0"/>
          <w:numId w:val="12"/>
        </w:numPr>
        <w:spacing w:after="80" w:line="240" w:lineRule="auto"/>
        <w:rPr>
          <w:rFonts w:ascii="Avenir Book" w:hAnsi="Avenir Book"/>
        </w:rPr>
      </w:pPr>
      <w:r w:rsidRPr="00DF3DF4">
        <w:rPr>
          <w:rFonts w:ascii="Avenir Book" w:hAnsi="Avenir Book"/>
        </w:rPr>
        <w:lastRenderedPageBreak/>
        <w:t xml:space="preserve">Access will be through an </w:t>
      </w:r>
      <w:r w:rsidRPr="00DF3DF4">
        <w:rPr>
          <w:rFonts w:ascii="Avenir Book" w:hAnsi="Avenir Book"/>
          <w:bCs/>
        </w:rPr>
        <w:t>extension of the existing Outdoor Museum footpaths</w:t>
      </w:r>
      <w:r w:rsidRPr="00DF3DF4">
        <w:rPr>
          <w:rFonts w:ascii="Avenir Book" w:hAnsi="Avenir Book"/>
        </w:rPr>
        <w:t xml:space="preserve">. </w:t>
      </w:r>
    </w:p>
    <w:p w14:paraId="669C8B90"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The surrounding landscape is to remain </w:t>
      </w:r>
      <w:r w:rsidRPr="00DF3DF4">
        <w:rPr>
          <w:rFonts w:ascii="Avenir Book" w:hAnsi="Avenir Book"/>
          <w:bCs/>
        </w:rPr>
        <w:t>semi-natural</w:t>
      </w:r>
      <w:r w:rsidRPr="00DF3DF4">
        <w:rPr>
          <w:rFonts w:ascii="Avenir Book" w:hAnsi="Avenir Book"/>
        </w:rPr>
        <w:t xml:space="preserve">, with </w:t>
      </w:r>
      <w:r w:rsidRPr="00DF3DF4">
        <w:rPr>
          <w:rFonts w:ascii="Avenir Book" w:hAnsi="Avenir Book"/>
          <w:bCs/>
        </w:rPr>
        <w:t>no enclosure fence around the roundhouse</w:t>
      </w:r>
      <w:r w:rsidRPr="00DF3DF4">
        <w:rPr>
          <w:rFonts w:ascii="Avenir Book" w:hAnsi="Avenir Book"/>
        </w:rPr>
        <w:t xml:space="preserve">. </w:t>
      </w:r>
    </w:p>
    <w:p w14:paraId="1EA30282" w14:textId="77777777" w:rsidR="00AB222F" w:rsidRPr="00DF3DF4" w:rsidRDefault="00AB222F" w:rsidP="00AB222F">
      <w:pPr>
        <w:pStyle w:val="ListParagraph"/>
        <w:numPr>
          <w:ilvl w:val="0"/>
          <w:numId w:val="12"/>
        </w:numPr>
        <w:spacing w:after="80" w:line="240" w:lineRule="auto"/>
        <w:rPr>
          <w:rFonts w:ascii="Avenir Book" w:hAnsi="Avenir Book"/>
        </w:rPr>
      </w:pPr>
      <w:r w:rsidRPr="00DF3DF4">
        <w:rPr>
          <w:rFonts w:ascii="Avenir Book" w:hAnsi="Avenir Book"/>
        </w:rPr>
        <w:t xml:space="preserve">Tenderers should allow for a construction approach that is largely manual, and based on biodegradable natural materials. </w:t>
      </w:r>
    </w:p>
    <w:p w14:paraId="6EA3FDFB" w14:textId="77777777" w:rsidR="005F292F" w:rsidRPr="00DF3DF4" w:rsidRDefault="00AA2C85" w:rsidP="00AB222F">
      <w:pPr>
        <w:pStyle w:val="Heading1"/>
        <w:spacing w:after="80" w:line="240" w:lineRule="auto"/>
        <w:rPr>
          <w:rFonts w:ascii="Avenir Book" w:hAnsi="Avenir Book"/>
        </w:rPr>
      </w:pPr>
      <w:r w:rsidRPr="00DF3DF4">
        <w:rPr>
          <w:rFonts w:ascii="Avenir Book" w:hAnsi="Avenir Book"/>
        </w:rPr>
        <w:t>3. Pro</w:t>
      </w:r>
      <w:r w:rsidR="00F1290C" w:rsidRPr="00DF3DF4">
        <w:rPr>
          <w:rFonts w:ascii="Avenir Book" w:hAnsi="Avenir Book"/>
        </w:rPr>
        <w:t>curement route and pricing</w:t>
      </w:r>
    </w:p>
    <w:p w14:paraId="24536E56" w14:textId="77777777" w:rsidR="005F292F" w:rsidRPr="00DF3DF4" w:rsidRDefault="00AA2C85">
      <w:pPr>
        <w:spacing w:after="80" w:line="240" w:lineRule="auto"/>
        <w:rPr>
          <w:rFonts w:ascii="Avenir Book" w:hAnsi="Avenir Book"/>
        </w:rPr>
      </w:pPr>
      <w:r w:rsidRPr="00DF3DF4">
        <w:rPr>
          <w:rFonts w:ascii="Avenir Book" w:hAnsi="Avenir Book"/>
        </w:rPr>
        <w:t xml:space="preserve">This </w:t>
      </w:r>
      <w:r w:rsidR="00F1290C" w:rsidRPr="00DF3DF4">
        <w:rPr>
          <w:rFonts w:ascii="Avenir Book" w:hAnsi="Avenir Book"/>
        </w:rPr>
        <w:t>is a two-stage procurement</w:t>
      </w:r>
      <w:r w:rsidRPr="00DF3DF4">
        <w:rPr>
          <w:rFonts w:ascii="Avenir Book" w:hAnsi="Avenir Book"/>
        </w:rPr>
        <w:t>. Stage 1 will appoint craftspeople to provide paid design-stage advice</w:t>
      </w:r>
      <w:r w:rsidR="004C270A">
        <w:rPr>
          <w:rFonts w:ascii="Avenir Book" w:hAnsi="Avenir Book"/>
        </w:rPr>
        <w:t>. Stage 2, for Packages A-D</w:t>
      </w:r>
      <w:r w:rsidRPr="00DF3DF4">
        <w:rPr>
          <w:rFonts w:ascii="Avenir Book" w:hAnsi="Avenir Book"/>
        </w:rPr>
        <w:t xml:space="preserve">, is a conditional build, training and engagement role. Stage 2 will proceed only if </w:t>
      </w:r>
      <w:r w:rsidR="00F1290C" w:rsidRPr="00DF3DF4">
        <w:rPr>
          <w:rFonts w:ascii="Avenir Book" w:hAnsi="Avenir Book"/>
        </w:rPr>
        <w:t>the</w:t>
      </w:r>
      <w:r w:rsidRPr="00DF3DF4">
        <w:rPr>
          <w:rFonts w:ascii="Avenir Book" w:hAnsi="Avenir Book"/>
        </w:rPr>
        <w:t xml:space="preserve"> building warrant </w:t>
      </w:r>
      <w:r w:rsidR="00F1290C" w:rsidRPr="00DF3DF4">
        <w:rPr>
          <w:rFonts w:ascii="Avenir Book" w:hAnsi="Avenir Book"/>
        </w:rPr>
        <w:t>is approved</w:t>
      </w:r>
      <w:r w:rsidRPr="00DF3DF4">
        <w:rPr>
          <w:rFonts w:ascii="Avenir Book" w:hAnsi="Avenir Book"/>
        </w:rPr>
        <w:t xml:space="preserve">, </w:t>
      </w:r>
      <w:r w:rsidR="00F1290C" w:rsidRPr="00DF3DF4">
        <w:rPr>
          <w:rFonts w:ascii="Avenir Book" w:hAnsi="Avenir Book"/>
        </w:rPr>
        <w:t xml:space="preserve">and </w:t>
      </w:r>
      <w:r w:rsidR="004C270A">
        <w:rPr>
          <w:rFonts w:ascii="Avenir Book" w:hAnsi="Avenir Book"/>
        </w:rPr>
        <w:t xml:space="preserve">final </w:t>
      </w:r>
      <w:r w:rsidR="00AB222F" w:rsidRPr="00DF3DF4">
        <w:rPr>
          <w:rFonts w:ascii="Avenir Book" w:hAnsi="Avenir Book"/>
        </w:rPr>
        <w:t xml:space="preserve">prices are reviewed and agreed. </w:t>
      </w:r>
    </w:p>
    <w:p w14:paraId="2FBC9F4D" w14:textId="77777777" w:rsidR="005F292F" w:rsidRPr="00DF3DF4" w:rsidRDefault="00AA2C85">
      <w:pPr>
        <w:spacing w:after="80" w:line="240" w:lineRule="auto"/>
        <w:rPr>
          <w:rFonts w:ascii="Avenir Book" w:hAnsi="Avenir Book"/>
        </w:rPr>
      </w:pPr>
      <w:r w:rsidRPr="00DF3DF4">
        <w:rPr>
          <w:rFonts w:ascii="Avenir Book" w:hAnsi="Avenir Book"/>
        </w:rPr>
        <w:t xml:space="preserve">Package E is </w:t>
      </w:r>
      <w:r w:rsidR="00AB222F" w:rsidRPr="00DF3DF4">
        <w:rPr>
          <w:rFonts w:ascii="Avenir Book" w:hAnsi="Avenir Book"/>
        </w:rPr>
        <w:t>Stage 1</w:t>
      </w:r>
      <w:r w:rsidR="004C270A">
        <w:rPr>
          <w:rFonts w:ascii="Avenir Book" w:hAnsi="Avenir Book"/>
        </w:rPr>
        <w:t xml:space="preserve"> only. L</w:t>
      </w:r>
      <w:r w:rsidRPr="00DF3DF4">
        <w:rPr>
          <w:rFonts w:ascii="Avenir Book" w:hAnsi="Avenir Book"/>
        </w:rPr>
        <w:t xml:space="preserve">ater internal floor construction will be separately scoped and </w:t>
      </w:r>
      <w:r w:rsidR="00AB222F" w:rsidRPr="00DF3DF4">
        <w:rPr>
          <w:rFonts w:ascii="Avenir Book" w:hAnsi="Avenir Book"/>
        </w:rPr>
        <w:t>awarded</w:t>
      </w:r>
      <w:r w:rsidRPr="00DF3DF4">
        <w:rPr>
          <w:rFonts w:ascii="Avenir Book" w:hAnsi="Avenir Book"/>
        </w:rPr>
        <w:t xml:space="preserve"> through the interpretation/interior fit-out phase. </w:t>
      </w:r>
    </w:p>
    <w:p w14:paraId="72382071" w14:textId="77777777" w:rsidR="005F292F" w:rsidRPr="00DF3DF4" w:rsidRDefault="00AA2C85">
      <w:pPr>
        <w:pStyle w:val="Heading1"/>
        <w:spacing w:after="80" w:line="240" w:lineRule="auto"/>
        <w:rPr>
          <w:rFonts w:ascii="Avenir Book" w:hAnsi="Avenir Book"/>
        </w:rPr>
      </w:pPr>
      <w:r w:rsidRPr="00DF3DF4">
        <w:rPr>
          <w:rFonts w:ascii="Avenir Book" w:hAnsi="Avenir Book"/>
        </w:rPr>
        <w:t>4. Stage 1 required outputs</w:t>
      </w:r>
    </w:p>
    <w:p w14:paraId="6E417639" w14:textId="77777777" w:rsidR="00887C13" w:rsidRPr="00DF3DF4" w:rsidRDefault="00564D2D" w:rsidP="00887C13">
      <w:pPr>
        <w:pStyle w:val="ListBullet"/>
        <w:numPr>
          <w:ilvl w:val="0"/>
          <w:numId w:val="14"/>
        </w:numPr>
        <w:spacing w:after="80" w:line="240" w:lineRule="auto"/>
        <w:rPr>
          <w:rFonts w:ascii="Avenir Book" w:hAnsi="Avenir Book"/>
        </w:rPr>
      </w:pPr>
      <w:r w:rsidRPr="00DF3DF4">
        <w:rPr>
          <w:rFonts w:ascii="Avenir Book" w:hAnsi="Avenir Book"/>
        </w:rPr>
        <w:t xml:space="preserve">Attend a two-day in-person design and planning meeting in </w:t>
      </w:r>
      <w:proofErr w:type="spellStart"/>
      <w:r w:rsidRPr="00DF3DF4">
        <w:rPr>
          <w:rFonts w:ascii="Avenir Book" w:hAnsi="Avenir Book"/>
        </w:rPr>
        <w:t>Gairloch</w:t>
      </w:r>
      <w:proofErr w:type="spellEnd"/>
      <w:r w:rsidRPr="00564D2D">
        <w:rPr>
          <w:rFonts w:ascii="Avenir Book" w:hAnsi="Avenir Book"/>
        </w:rPr>
        <w:t xml:space="preserve"> in late August / early September, w</w:t>
      </w:r>
      <w:r w:rsidR="00887C13" w:rsidRPr="00DF3DF4">
        <w:rPr>
          <w:rFonts w:ascii="Avenir Book" w:hAnsi="Avenir Book"/>
        </w:rPr>
        <w:t xml:space="preserve">ith the Museum, ARC Architects, </w:t>
      </w:r>
      <w:proofErr w:type="spellStart"/>
      <w:r w:rsidR="00887C13" w:rsidRPr="00564D2D">
        <w:rPr>
          <w:rFonts w:ascii="Avenir Book" w:hAnsi="Avenir Book"/>
        </w:rPr>
        <w:t>Dr</w:t>
      </w:r>
      <w:proofErr w:type="spellEnd"/>
      <w:r w:rsidR="00887C13" w:rsidRPr="00564D2D">
        <w:rPr>
          <w:rFonts w:ascii="Avenir Book" w:hAnsi="Avenir Book"/>
        </w:rPr>
        <w:t xml:space="preserve"> Tanja </w:t>
      </w:r>
      <w:proofErr w:type="spellStart"/>
      <w:r w:rsidR="00887C13" w:rsidRPr="00564D2D">
        <w:rPr>
          <w:rFonts w:ascii="Avenir Book" w:hAnsi="Avenir Book"/>
        </w:rPr>
        <w:t>Romankiewicz</w:t>
      </w:r>
      <w:proofErr w:type="spellEnd"/>
      <w:r w:rsidR="00887C13" w:rsidRPr="00564D2D">
        <w:rPr>
          <w:rFonts w:ascii="Avenir Book" w:hAnsi="Avenir Book"/>
        </w:rPr>
        <w:t xml:space="preserve"> and </w:t>
      </w:r>
      <w:proofErr w:type="spellStart"/>
      <w:r w:rsidR="00887C13" w:rsidRPr="00564D2D">
        <w:rPr>
          <w:rFonts w:ascii="Avenir Book" w:hAnsi="Avenir Book"/>
        </w:rPr>
        <w:t>Dr</w:t>
      </w:r>
      <w:proofErr w:type="spellEnd"/>
      <w:r w:rsidR="00887C13" w:rsidRPr="00564D2D">
        <w:rPr>
          <w:rFonts w:ascii="Avenir Book" w:hAnsi="Avenir Book"/>
        </w:rPr>
        <w:t xml:space="preserve"> Tom Gardner</w:t>
      </w:r>
      <w:r w:rsidR="00887C13" w:rsidRPr="00DF3DF4">
        <w:rPr>
          <w:rFonts w:ascii="Avenir Book" w:hAnsi="Avenir Book"/>
        </w:rPr>
        <w:t xml:space="preserve">, </w:t>
      </w:r>
      <w:r w:rsidRPr="00564D2D">
        <w:rPr>
          <w:rFonts w:ascii="Avenir Book" w:hAnsi="Avenir Book"/>
        </w:rPr>
        <w:t>a</w:t>
      </w:r>
      <w:r w:rsidR="00887C13" w:rsidRPr="00DF3DF4">
        <w:rPr>
          <w:rFonts w:ascii="Avenir Book" w:hAnsi="Avenir Book"/>
        </w:rPr>
        <w:t>nd other appointed craftspeople, including:</w:t>
      </w:r>
    </w:p>
    <w:p w14:paraId="60616D8E" w14:textId="77777777" w:rsidR="00887C13" w:rsidRPr="00DF3DF4" w:rsidRDefault="00887C13" w:rsidP="00887C13">
      <w:pPr>
        <w:pStyle w:val="ListBullet"/>
        <w:numPr>
          <w:ilvl w:val="1"/>
          <w:numId w:val="14"/>
        </w:numPr>
        <w:spacing w:after="80" w:line="240" w:lineRule="auto"/>
        <w:rPr>
          <w:rFonts w:ascii="Avenir Book" w:hAnsi="Avenir Book"/>
        </w:rPr>
      </w:pPr>
      <w:r w:rsidRPr="00DF3DF4">
        <w:rPr>
          <w:rFonts w:ascii="Avenir Book" w:hAnsi="Avenir Book"/>
        </w:rPr>
        <w:t>a morning public session</w:t>
      </w:r>
    </w:p>
    <w:p w14:paraId="14B4BC60" w14:textId="77777777" w:rsidR="00887C13" w:rsidRDefault="00887C13" w:rsidP="00887C13">
      <w:pPr>
        <w:pStyle w:val="ListBullet"/>
        <w:numPr>
          <w:ilvl w:val="1"/>
          <w:numId w:val="14"/>
        </w:numPr>
        <w:spacing w:after="80" w:line="240" w:lineRule="auto"/>
        <w:rPr>
          <w:rFonts w:ascii="Avenir Book" w:hAnsi="Avenir Book"/>
        </w:rPr>
      </w:pPr>
      <w:r w:rsidRPr="00DF3DF4">
        <w:rPr>
          <w:rFonts w:ascii="Avenir Book" w:hAnsi="Avenir Book"/>
        </w:rPr>
        <w:t xml:space="preserve">meeting with the Museum Education Group </w:t>
      </w:r>
      <w:r w:rsidRPr="00564D2D">
        <w:rPr>
          <w:rFonts w:ascii="Avenir Book" w:hAnsi="Avenir Book"/>
        </w:rPr>
        <w:t>to discuss safe, meaningful tasks for schools, nurseries, volunteers, trainees and public participation</w:t>
      </w:r>
    </w:p>
    <w:p w14:paraId="6C3EA720" w14:textId="01C6F6E7" w:rsidR="000358E8" w:rsidRPr="00DF3DF4" w:rsidRDefault="000358E8" w:rsidP="00887C13">
      <w:pPr>
        <w:pStyle w:val="ListBullet"/>
        <w:numPr>
          <w:ilvl w:val="1"/>
          <w:numId w:val="14"/>
        </w:numPr>
        <w:spacing w:after="80" w:line="240" w:lineRule="auto"/>
        <w:rPr>
          <w:rFonts w:ascii="Avenir Book" w:hAnsi="Avenir Book"/>
        </w:rPr>
      </w:pPr>
      <w:r>
        <w:rPr>
          <w:rFonts w:ascii="Avenir Book" w:hAnsi="Avenir Book"/>
        </w:rPr>
        <w:t xml:space="preserve">design workshop to review construction options and delivery </w:t>
      </w:r>
      <w:proofErr w:type="spellStart"/>
      <w:r>
        <w:rPr>
          <w:rFonts w:ascii="Avenir Book" w:hAnsi="Avenir Book"/>
        </w:rPr>
        <w:t>pro</w:t>
      </w:r>
      <w:r w:rsidR="00500F44">
        <w:rPr>
          <w:rFonts w:ascii="Avenir Book" w:hAnsi="Avenir Book"/>
        </w:rPr>
        <w:t>gramme</w:t>
      </w:r>
      <w:proofErr w:type="spellEnd"/>
    </w:p>
    <w:p w14:paraId="74AB75E7" w14:textId="77777777" w:rsidR="00564D2D" w:rsidRPr="00564D2D" w:rsidRDefault="00887C13" w:rsidP="00887C13">
      <w:pPr>
        <w:pStyle w:val="ListBullet"/>
        <w:numPr>
          <w:ilvl w:val="1"/>
          <w:numId w:val="14"/>
        </w:numPr>
        <w:spacing w:after="80" w:line="240" w:lineRule="auto"/>
        <w:rPr>
          <w:rFonts w:ascii="Avenir Book" w:hAnsi="Avenir Book"/>
        </w:rPr>
      </w:pPr>
      <w:r w:rsidRPr="00DF3DF4">
        <w:rPr>
          <w:rFonts w:ascii="Avenir Book" w:hAnsi="Avenir Book"/>
        </w:rPr>
        <w:t xml:space="preserve">visit to local material-sourcing sites to assess suitability of materials for heather, turf and hazel sites. (Stone and timber done separately).  </w:t>
      </w:r>
    </w:p>
    <w:p w14:paraId="08F12D14" w14:textId="77777777" w:rsidR="00564D2D" w:rsidRDefault="00564D2D" w:rsidP="00887C13">
      <w:pPr>
        <w:pStyle w:val="ListBullet"/>
        <w:numPr>
          <w:ilvl w:val="0"/>
          <w:numId w:val="14"/>
        </w:numPr>
        <w:spacing w:after="80" w:line="240" w:lineRule="auto"/>
        <w:rPr>
          <w:rFonts w:ascii="Avenir Book" w:hAnsi="Avenir Book"/>
        </w:rPr>
      </w:pPr>
      <w:r w:rsidRPr="00DF3DF4">
        <w:rPr>
          <w:rFonts w:ascii="Avenir Book" w:hAnsi="Avenir Book"/>
        </w:rPr>
        <w:t>Provide a note</w:t>
      </w:r>
      <w:r w:rsidRPr="00564D2D">
        <w:rPr>
          <w:rFonts w:ascii="Avenir Book" w:hAnsi="Avenir Book"/>
        </w:rPr>
        <w:t xml:space="preserve"> after the </w:t>
      </w:r>
      <w:proofErr w:type="spellStart"/>
      <w:r w:rsidRPr="00564D2D">
        <w:rPr>
          <w:rFonts w:ascii="Avenir Book" w:hAnsi="Avenir Book"/>
        </w:rPr>
        <w:t>Gairloch</w:t>
      </w:r>
      <w:proofErr w:type="spellEnd"/>
      <w:r w:rsidRPr="00564D2D">
        <w:rPr>
          <w:rFonts w:ascii="Avenir Book" w:hAnsi="Avenir Book"/>
        </w:rPr>
        <w:t xml:space="preserve"> meeting, </w:t>
      </w:r>
      <w:proofErr w:type="spellStart"/>
      <w:r w:rsidRPr="00564D2D">
        <w:rPr>
          <w:rFonts w:ascii="Avenir Book" w:hAnsi="Avenir Book"/>
        </w:rPr>
        <w:t>summarising</w:t>
      </w:r>
      <w:proofErr w:type="spellEnd"/>
      <w:r w:rsidRPr="00564D2D">
        <w:rPr>
          <w:rFonts w:ascii="Avenir Book" w:hAnsi="Avenir Book"/>
        </w:rPr>
        <w:t xml:space="preserve"> recommended materials, method, sequencing, key risks, volunteer/school tasks, tools/PPE needs, and any unresolved design or warrant questions. </w:t>
      </w:r>
    </w:p>
    <w:p w14:paraId="2D7E0492" w14:textId="5D4A5E14" w:rsidR="00500F44" w:rsidRPr="00564D2D" w:rsidRDefault="00500F44" w:rsidP="00887C13">
      <w:pPr>
        <w:pStyle w:val="ListBullet"/>
        <w:numPr>
          <w:ilvl w:val="0"/>
          <w:numId w:val="14"/>
        </w:numPr>
        <w:spacing w:after="80" w:line="240" w:lineRule="auto"/>
        <w:rPr>
          <w:rFonts w:ascii="Avenir Book" w:hAnsi="Avenir Book"/>
        </w:rPr>
      </w:pPr>
      <w:r>
        <w:rPr>
          <w:rFonts w:ascii="Avenir Book" w:hAnsi="Avenir Book"/>
        </w:rPr>
        <w:t>Provide indicative cost, proposed access &amp; storage requirements, and accommodation plan</w:t>
      </w:r>
      <w:r w:rsidR="00964F9B">
        <w:rPr>
          <w:rFonts w:ascii="Avenir Book" w:hAnsi="Avenir Book"/>
        </w:rPr>
        <w:t>.</w:t>
      </w:r>
    </w:p>
    <w:p w14:paraId="275B1C3A" w14:textId="77777777" w:rsidR="00564D2D" w:rsidRPr="00564D2D" w:rsidRDefault="00564D2D" w:rsidP="00887C13">
      <w:pPr>
        <w:pStyle w:val="ListBullet"/>
        <w:numPr>
          <w:ilvl w:val="0"/>
          <w:numId w:val="14"/>
        </w:numPr>
        <w:spacing w:after="80" w:line="240" w:lineRule="auto"/>
        <w:rPr>
          <w:rFonts w:ascii="Avenir Book" w:hAnsi="Avenir Book"/>
        </w:rPr>
      </w:pPr>
      <w:r w:rsidRPr="00DF3DF4">
        <w:rPr>
          <w:rFonts w:ascii="Avenir Book" w:hAnsi="Avenir Book"/>
        </w:rPr>
        <w:t>Attend a half-day online review meeting in mid/late September</w:t>
      </w:r>
      <w:r w:rsidRPr="00564D2D">
        <w:rPr>
          <w:rFonts w:ascii="Avenir Book" w:hAnsi="Avenir Book"/>
        </w:rPr>
        <w:t xml:space="preserve"> to comment on the developing building warrant submission and help respond to follow-up questions from the architect, engineer or Museum. </w:t>
      </w:r>
    </w:p>
    <w:p w14:paraId="6D56AD3E" w14:textId="77777777" w:rsidR="00564D2D" w:rsidRPr="00DF3DF4" w:rsidRDefault="00564D2D" w:rsidP="00887C13">
      <w:pPr>
        <w:pStyle w:val="ListBullet"/>
        <w:numPr>
          <w:ilvl w:val="0"/>
          <w:numId w:val="14"/>
        </w:numPr>
        <w:rPr>
          <w:rFonts w:ascii="Avenir Book" w:hAnsi="Avenir Book"/>
        </w:rPr>
      </w:pPr>
      <w:r w:rsidRPr="00DF3DF4">
        <w:rPr>
          <w:rFonts w:ascii="Avenir Book" w:hAnsi="Avenir Book"/>
        </w:rPr>
        <w:t>Provide follow-up comments where needed.</w:t>
      </w:r>
    </w:p>
    <w:p w14:paraId="31410B00" w14:textId="77777777" w:rsidR="005F292F" w:rsidRPr="00DF3DF4" w:rsidRDefault="00AA2C85">
      <w:pPr>
        <w:pStyle w:val="Heading1"/>
        <w:spacing w:after="80" w:line="240" w:lineRule="auto"/>
        <w:rPr>
          <w:rFonts w:ascii="Avenir Book" w:hAnsi="Avenir Book"/>
        </w:rPr>
      </w:pPr>
      <w:r w:rsidRPr="00DF3DF4">
        <w:rPr>
          <w:rFonts w:ascii="Avenir Book" w:hAnsi="Avenir Book"/>
        </w:rPr>
        <w:t>5. Stage 2 scope for Packages A-D</w:t>
      </w:r>
    </w:p>
    <w:p w14:paraId="274FD2FF" w14:textId="77777777" w:rsidR="005F292F" w:rsidRPr="00DF3DF4" w:rsidRDefault="00AA2C85">
      <w:pPr>
        <w:spacing w:after="80" w:line="240" w:lineRule="auto"/>
        <w:rPr>
          <w:rFonts w:ascii="Avenir Book" w:hAnsi="Avenir Book"/>
        </w:rPr>
      </w:pPr>
      <w:r w:rsidRPr="00DF3DF4">
        <w:rPr>
          <w:rFonts w:ascii="Avenir Book" w:hAnsi="Avenir Book"/>
        </w:rPr>
        <w:t>The Stage 2 role is expected to include the following, where relevant to the craft package:</w:t>
      </w:r>
    </w:p>
    <w:p w14:paraId="3C5E4BDE" w14:textId="77777777" w:rsidR="005F292F" w:rsidRPr="00DF3DF4" w:rsidRDefault="00AA2C85">
      <w:pPr>
        <w:pStyle w:val="ListBullet"/>
        <w:spacing w:after="80" w:line="240" w:lineRule="auto"/>
        <w:rPr>
          <w:rFonts w:ascii="Avenir Book" w:hAnsi="Avenir Book"/>
        </w:rPr>
      </w:pPr>
      <w:proofErr w:type="spellStart"/>
      <w:r w:rsidRPr="00DF3DF4">
        <w:rPr>
          <w:rFonts w:ascii="Avenir Book" w:hAnsi="Avenir Book"/>
        </w:rPr>
        <w:t>finalise</w:t>
      </w:r>
      <w:proofErr w:type="spellEnd"/>
      <w:r w:rsidRPr="00DF3DF4">
        <w:rPr>
          <w:rFonts w:ascii="Avenir Book" w:hAnsi="Avenir Book"/>
        </w:rPr>
        <w:t xml:space="preserve"> the craft method statement with the project team;</w:t>
      </w:r>
    </w:p>
    <w:p w14:paraId="08914537" w14:textId="77777777" w:rsidR="005F292F" w:rsidRPr="00DF3DF4" w:rsidRDefault="00A60242">
      <w:pPr>
        <w:pStyle w:val="ListBullet"/>
        <w:spacing w:after="80" w:line="240" w:lineRule="auto"/>
        <w:rPr>
          <w:rFonts w:ascii="Avenir Book" w:hAnsi="Avenir Book"/>
        </w:rPr>
      </w:pPr>
      <w:r w:rsidRPr="00DF3DF4">
        <w:rPr>
          <w:rFonts w:ascii="Avenir Book" w:hAnsi="Avenir Book"/>
        </w:rPr>
        <w:t>lead on</w:t>
      </w:r>
      <w:r w:rsidR="00AA2C85" w:rsidRPr="00DF3DF4">
        <w:rPr>
          <w:rFonts w:ascii="Avenir Book" w:hAnsi="Avenir Book"/>
        </w:rPr>
        <w:t xml:space="preserve"> materials sourcing, assessment, preparation, transport and storage;</w:t>
      </w:r>
    </w:p>
    <w:p w14:paraId="4818FFFC" w14:textId="77777777" w:rsidR="005F292F" w:rsidRPr="00DF3DF4" w:rsidRDefault="00AA2C85">
      <w:pPr>
        <w:pStyle w:val="ListBullet"/>
        <w:spacing w:after="80" w:line="240" w:lineRule="auto"/>
        <w:rPr>
          <w:rFonts w:ascii="Avenir Book" w:hAnsi="Avenir Book"/>
        </w:rPr>
      </w:pPr>
      <w:r w:rsidRPr="00DF3DF4">
        <w:rPr>
          <w:rFonts w:ascii="Avenir Book" w:hAnsi="Avenir Book"/>
        </w:rPr>
        <w:t>deliver the relevant craft package during the live build;</w:t>
      </w:r>
    </w:p>
    <w:p w14:paraId="02213873" w14:textId="77777777" w:rsidR="005F292F" w:rsidRPr="00DF3DF4" w:rsidRDefault="00AA2C85">
      <w:pPr>
        <w:pStyle w:val="ListBullet"/>
        <w:spacing w:after="80" w:line="240" w:lineRule="auto"/>
        <w:rPr>
          <w:rFonts w:ascii="Avenir Book" w:hAnsi="Avenir Book"/>
        </w:rPr>
      </w:pPr>
      <w:r w:rsidRPr="00DF3DF4">
        <w:rPr>
          <w:rFonts w:ascii="Avenir Book" w:hAnsi="Avenir Book"/>
        </w:rPr>
        <w:t xml:space="preserve">supervise agreed volunteer, HES Craft Fellow </w:t>
      </w:r>
      <w:r w:rsidR="00A60242" w:rsidRPr="00DF3DF4">
        <w:rPr>
          <w:rFonts w:ascii="Avenir Book" w:hAnsi="Avenir Book"/>
        </w:rPr>
        <w:t xml:space="preserve">cohort </w:t>
      </w:r>
      <w:r w:rsidR="00BE0B45" w:rsidRPr="00DF3DF4">
        <w:rPr>
          <w:rFonts w:ascii="Avenir Book" w:hAnsi="Avenir Book"/>
        </w:rPr>
        <w:t>and school-leaver</w:t>
      </w:r>
      <w:r w:rsidRPr="00DF3DF4">
        <w:rPr>
          <w:rFonts w:ascii="Avenir Book" w:hAnsi="Avenir Book"/>
        </w:rPr>
        <w:t xml:space="preserve"> placement tasks;</w:t>
      </w:r>
    </w:p>
    <w:p w14:paraId="4F7F3558" w14:textId="77777777" w:rsidR="005F292F" w:rsidRPr="00DF3DF4" w:rsidRDefault="00AA2C85">
      <w:pPr>
        <w:pStyle w:val="ListBullet"/>
        <w:spacing w:after="80" w:line="240" w:lineRule="auto"/>
        <w:rPr>
          <w:rFonts w:ascii="Avenir Book" w:hAnsi="Avenir Book"/>
        </w:rPr>
      </w:pPr>
      <w:r w:rsidRPr="00DF3DF4">
        <w:rPr>
          <w:rFonts w:ascii="Avenir Book" w:hAnsi="Avenir Book"/>
        </w:rPr>
        <w:t xml:space="preserve">deliver 2 adult traditional skills course days for up to 8 participants, </w:t>
      </w:r>
      <w:r w:rsidR="00A60242" w:rsidRPr="00DF3DF4">
        <w:rPr>
          <w:rFonts w:ascii="Avenir Book" w:hAnsi="Avenir Book"/>
        </w:rPr>
        <w:t>(4 days for Package A)</w:t>
      </w:r>
      <w:r w:rsidRPr="00DF3DF4">
        <w:rPr>
          <w:rFonts w:ascii="Avenir Book" w:hAnsi="Avenir Book"/>
        </w:rPr>
        <w:t>;</w:t>
      </w:r>
    </w:p>
    <w:p w14:paraId="5E2E5932" w14:textId="77777777" w:rsidR="005F292F" w:rsidRPr="00DF3DF4" w:rsidRDefault="00AA2C85">
      <w:pPr>
        <w:pStyle w:val="ListBullet"/>
        <w:spacing w:after="80" w:line="240" w:lineRule="auto"/>
        <w:rPr>
          <w:rFonts w:ascii="Avenir Book" w:hAnsi="Avenir Book"/>
        </w:rPr>
      </w:pPr>
      <w:r w:rsidRPr="00DF3DF4">
        <w:rPr>
          <w:rFonts w:ascii="Avenir Book" w:hAnsi="Avenir Book"/>
        </w:rPr>
        <w:t>deliver 5 school/nursery live-build learning days, planned with the Museum’s education team;</w:t>
      </w:r>
    </w:p>
    <w:p w14:paraId="3320B70B" w14:textId="2ACD21C1" w:rsidR="00A60242" w:rsidRDefault="00A60242" w:rsidP="00964F9B">
      <w:pPr>
        <w:pStyle w:val="ListBullet"/>
        <w:spacing w:after="80" w:line="240" w:lineRule="auto"/>
        <w:ind w:left="357" w:hanging="357"/>
        <w:rPr>
          <w:rFonts w:ascii="Avenir Book" w:hAnsi="Avenir Book"/>
        </w:rPr>
      </w:pPr>
      <w:r w:rsidRPr="00DF3DF4">
        <w:rPr>
          <w:rFonts w:ascii="Avenir Book" w:hAnsi="Avenir Book"/>
        </w:rPr>
        <w:t>deliver 3</w:t>
      </w:r>
      <w:r w:rsidR="00964F9B">
        <w:rPr>
          <w:rFonts w:ascii="Avenir Book" w:hAnsi="Avenir Book"/>
        </w:rPr>
        <w:t xml:space="preserve"> x </w:t>
      </w:r>
      <w:r w:rsidRPr="00DF3DF4">
        <w:rPr>
          <w:rFonts w:ascii="Avenir Book" w:hAnsi="Avenir Book"/>
        </w:rPr>
        <w:t>2</w:t>
      </w:r>
      <w:r w:rsidR="00964F9B">
        <w:rPr>
          <w:rFonts w:ascii="Avenir Book" w:hAnsi="Avenir Book"/>
        </w:rPr>
        <w:t>-</w:t>
      </w:r>
      <w:r w:rsidRPr="00DF3DF4">
        <w:rPr>
          <w:rFonts w:ascii="Avenir Book" w:hAnsi="Avenir Book"/>
        </w:rPr>
        <w:t>h</w:t>
      </w:r>
      <w:r w:rsidR="00964F9B">
        <w:rPr>
          <w:rFonts w:ascii="Avenir Book" w:hAnsi="Avenir Book"/>
        </w:rPr>
        <w:t>ou</w:t>
      </w:r>
      <w:r w:rsidRPr="00DF3DF4">
        <w:rPr>
          <w:rFonts w:ascii="Avenir Book" w:hAnsi="Avenir Book"/>
        </w:rPr>
        <w:t xml:space="preserve">r sessions with the High School’s </w:t>
      </w:r>
      <w:r w:rsidR="00A02442">
        <w:rPr>
          <w:rFonts w:ascii="Avenir Book" w:hAnsi="Avenir Book"/>
        </w:rPr>
        <w:t xml:space="preserve">S1 </w:t>
      </w:r>
      <w:r w:rsidRPr="00DF3DF4">
        <w:rPr>
          <w:rFonts w:ascii="Avenir Book" w:hAnsi="Avenir Book"/>
        </w:rPr>
        <w:t xml:space="preserve">SMART </w:t>
      </w:r>
      <w:r w:rsidR="00A02442">
        <w:rPr>
          <w:rFonts w:ascii="Avenir Book" w:hAnsi="Avenir Book"/>
        </w:rPr>
        <w:t>(</w:t>
      </w:r>
      <w:r w:rsidR="00A02442" w:rsidRPr="00A02442">
        <w:rPr>
          <w:rFonts w:ascii="Avenir Book" w:hAnsi="Avenir Book"/>
        </w:rPr>
        <w:t>Self-reliant, Mature, Active, Resilient, Teamwork</w:t>
      </w:r>
      <w:r w:rsidR="00A02442" w:rsidRPr="00A02442">
        <w:rPr>
          <w:rFonts w:ascii="Avenir Book" w:hAnsi="Avenir Book"/>
        </w:rPr>
        <w:t>)</w:t>
      </w:r>
      <w:r w:rsidR="00A02442">
        <w:t xml:space="preserve"> </w:t>
      </w:r>
      <w:r w:rsidRPr="00DF3DF4">
        <w:rPr>
          <w:rFonts w:ascii="Avenir Book" w:hAnsi="Avenir Book"/>
        </w:rPr>
        <w:t xml:space="preserve">group; </w:t>
      </w:r>
    </w:p>
    <w:p w14:paraId="091AFFB6" w14:textId="01F133DE" w:rsidR="00A709F6" w:rsidRPr="00964F9B" w:rsidRDefault="00A709F6" w:rsidP="00964F9B">
      <w:pPr>
        <w:pStyle w:val="ListBullet"/>
        <w:spacing w:after="80" w:line="240" w:lineRule="auto"/>
        <w:ind w:left="357" w:hanging="357"/>
        <w:rPr>
          <w:rFonts w:ascii="Avenir Book" w:hAnsi="Avenir Book"/>
        </w:rPr>
      </w:pPr>
      <w:r w:rsidRPr="00964F9B">
        <w:rPr>
          <w:rFonts w:ascii="Avenir Book" w:hAnsi="Avenir Book"/>
        </w:rPr>
        <w:t>Identify safe volunteer and school tasks</w:t>
      </w:r>
      <w:r w:rsidR="00964F9B" w:rsidRPr="00964F9B">
        <w:rPr>
          <w:rFonts w:ascii="Avenir Book" w:hAnsi="Avenir Book"/>
        </w:rPr>
        <w:t>;</w:t>
      </w:r>
    </w:p>
    <w:p w14:paraId="6BD08D01" w14:textId="77777777" w:rsidR="005F292F" w:rsidRPr="00DF3DF4" w:rsidRDefault="00AA2C85">
      <w:pPr>
        <w:pStyle w:val="ListBullet"/>
        <w:spacing w:after="80" w:line="240" w:lineRule="auto"/>
        <w:rPr>
          <w:rFonts w:ascii="Avenir Book" w:hAnsi="Avenir Book"/>
        </w:rPr>
      </w:pPr>
      <w:r w:rsidRPr="00DF3DF4">
        <w:rPr>
          <w:rFonts w:ascii="Avenir Book" w:hAnsi="Avenir Book"/>
        </w:rPr>
        <w:t>support agreed public engagement, including visitor-facing explanation;</w:t>
      </w:r>
    </w:p>
    <w:p w14:paraId="3ABE5FCB" w14:textId="77777777" w:rsidR="005F292F" w:rsidRPr="00DF3DF4" w:rsidRDefault="00AA2C85">
      <w:pPr>
        <w:pStyle w:val="ListBullet"/>
        <w:spacing w:after="80" w:line="240" w:lineRule="auto"/>
        <w:rPr>
          <w:rFonts w:ascii="Avenir Book" w:hAnsi="Avenir Book"/>
        </w:rPr>
      </w:pPr>
      <w:r w:rsidRPr="00DF3DF4">
        <w:rPr>
          <w:rFonts w:ascii="Avenir Book" w:hAnsi="Avenir Book"/>
        </w:rPr>
        <w:t>support documentation of the build through n</w:t>
      </w:r>
      <w:r w:rsidR="00BE0B45" w:rsidRPr="00DF3DF4">
        <w:rPr>
          <w:rFonts w:ascii="Avenir Book" w:hAnsi="Avenir Book"/>
        </w:rPr>
        <w:t>otes, photographs, interviews and</w:t>
      </w:r>
      <w:r w:rsidRPr="00DF3DF4">
        <w:rPr>
          <w:rFonts w:ascii="Avenir Book" w:hAnsi="Avenir Book"/>
        </w:rPr>
        <w:t xml:space="preserve"> filmed explanation;</w:t>
      </w:r>
    </w:p>
    <w:p w14:paraId="346DAF1C" w14:textId="77777777" w:rsidR="005F292F" w:rsidRPr="00DF3DF4" w:rsidRDefault="00AA2C85">
      <w:pPr>
        <w:pStyle w:val="ListBullet"/>
        <w:spacing w:after="80" w:line="240" w:lineRule="auto"/>
        <w:rPr>
          <w:rFonts w:ascii="Avenir Book" w:hAnsi="Avenir Book"/>
        </w:rPr>
      </w:pPr>
      <w:r w:rsidRPr="00DF3DF4">
        <w:rPr>
          <w:rFonts w:ascii="Avenir Book" w:hAnsi="Avenir Book"/>
        </w:rPr>
        <w:t>provide craft-specific mainten</w:t>
      </w:r>
      <w:r w:rsidR="00A60242" w:rsidRPr="00DF3DF4">
        <w:rPr>
          <w:rFonts w:ascii="Avenir Book" w:hAnsi="Avenir Book"/>
        </w:rPr>
        <w:t xml:space="preserve">ance information and </w:t>
      </w:r>
      <w:r w:rsidR="00BE0B45" w:rsidRPr="00DF3DF4">
        <w:rPr>
          <w:rFonts w:ascii="Avenir Book" w:hAnsi="Avenir Book"/>
        </w:rPr>
        <w:t>lead a</w:t>
      </w:r>
      <w:r w:rsidRPr="00DF3DF4">
        <w:rPr>
          <w:rFonts w:ascii="Avenir Book" w:hAnsi="Avenir Book"/>
        </w:rPr>
        <w:t xml:space="preserve"> </w:t>
      </w:r>
      <w:r w:rsidR="00BE0B45" w:rsidRPr="00DF3DF4">
        <w:rPr>
          <w:rFonts w:ascii="Avenir Book" w:hAnsi="Avenir Book"/>
        </w:rPr>
        <w:t xml:space="preserve">training session for Roundhouse maintenance volunteers. </w:t>
      </w:r>
    </w:p>
    <w:p w14:paraId="6EE3A022" w14:textId="77777777" w:rsidR="005F292F" w:rsidRPr="00DF3DF4" w:rsidRDefault="00AA2C85">
      <w:pPr>
        <w:pStyle w:val="Heading1"/>
        <w:spacing w:after="80" w:line="240" w:lineRule="auto"/>
        <w:rPr>
          <w:rFonts w:ascii="Avenir Book" w:hAnsi="Avenir Book"/>
        </w:rPr>
      </w:pPr>
      <w:r w:rsidRPr="00DF3DF4">
        <w:rPr>
          <w:rFonts w:ascii="Avenir Book" w:hAnsi="Avenir Book"/>
        </w:rPr>
        <w:lastRenderedPageBreak/>
        <w:t>6. Package-specific requirements</w:t>
      </w:r>
    </w:p>
    <w:p w14:paraId="2D8325D3" w14:textId="77777777" w:rsidR="001D5B0E" w:rsidRPr="00DF3DF4" w:rsidRDefault="001D5B0E" w:rsidP="001D5B0E">
      <w:pPr>
        <w:pStyle w:val="Heading4"/>
        <w:rPr>
          <w:rFonts w:ascii="Avenir Book" w:hAnsi="Avenir Book"/>
        </w:rPr>
      </w:pPr>
      <w:r w:rsidRPr="00DF3DF4">
        <w:rPr>
          <w:rFonts w:ascii="Avenir Book" w:hAnsi="Avenir Book"/>
        </w:rPr>
        <w:t>Package A: Drystone / stonework</w:t>
      </w:r>
    </w:p>
    <w:p w14:paraId="1B4ED1AB" w14:textId="77777777" w:rsidR="001D5B0E" w:rsidRPr="00B02925" w:rsidRDefault="00A709F6" w:rsidP="00A709F6">
      <w:pPr>
        <w:pStyle w:val="NormalWeb"/>
        <w:numPr>
          <w:ilvl w:val="0"/>
          <w:numId w:val="16"/>
        </w:numPr>
        <w:rPr>
          <w:rFonts w:ascii="Avenir Book" w:hAnsi="Avenir Book"/>
          <w:sz w:val="20"/>
        </w:rPr>
      </w:pPr>
      <w:r w:rsidRPr="00B02925">
        <w:rPr>
          <w:rFonts w:ascii="Avenir Book" w:hAnsi="Avenir Book"/>
          <w:sz w:val="20"/>
        </w:rPr>
        <w:t>Build the</w:t>
      </w:r>
      <w:r w:rsidRPr="00B02925">
        <w:rPr>
          <w:rFonts w:ascii="Avenir Book" w:hAnsi="Avenir Book"/>
          <w:b/>
          <w:bCs/>
          <w:sz w:val="20"/>
        </w:rPr>
        <w:t xml:space="preserve"> </w:t>
      </w:r>
      <w:r w:rsidRPr="00B02925">
        <w:rPr>
          <w:rFonts w:ascii="Avenir Book" w:hAnsi="Avenir Book"/>
          <w:bCs/>
          <w:sz w:val="20"/>
        </w:rPr>
        <w:t>drystone</w:t>
      </w:r>
      <w:r w:rsidR="001D5B0E" w:rsidRPr="00B02925">
        <w:rPr>
          <w:rFonts w:ascii="Avenir Book" w:hAnsi="Avenir Book"/>
          <w:bCs/>
          <w:sz w:val="20"/>
        </w:rPr>
        <w:t xml:space="preserve"> base</w:t>
      </w:r>
      <w:r w:rsidR="001D5B0E" w:rsidRPr="00B02925">
        <w:rPr>
          <w:rFonts w:ascii="Avenir Book" w:hAnsi="Avenir Book"/>
          <w:sz w:val="20"/>
        </w:rPr>
        <w:t xml:space="preserve"> for the roundhouse walls, forming the lower wall structure that supports the turf walling above.</w:t>
      </w:r>
    </w:p>
    <w:p w14:paraId="39CE4192" w14:textId="77777777" w:rsidR="001D5B0E" w:rsidRPr="00B02925" w:rsidRDefault="001D5B0E" w:rsidP="00A709F6">
      <w:pPr>
        <w:pStyle w:val="NormalWeb"/>
        <w:numPr>
          <w:ilvl w:val="0"/>
          <w:numId w:val="16"/>
        </w:numPr>
        <w:rPr>
          <w:rFonts w:ascii="Avenir Book" w:hAnsi="Avenir Book"/>
          <w:sz w:val="20"/>
        </w:rPr>
      </w:pPr>
      <w:r w:rsidRPr="00B02925">
        <w:rPr>
          <w:rFonts w:ascii="Avenir Book" w:hAnsi="Avenir Book"/>
          <w:sz w:val="20"/>
        </w:rPr>
        <w:t>Work with the architect, engineer and archaeologists to agree the wall profile, stone sizing, facing/packing/coping approach, and relationship between the stone bas</w:t>
      </w:r>
      <w:r w:rsidR="00A709F6" w:rsidRPr="00B02925">
        <w:rPr>
          <w:rFonts w:ascii="Avenir Book" w:hAnsi="Avenir Book"/>
          <w:sz w:val="20"/>
        </w:rPr>
        <w:t>e, turf walling, timber entrance</w:t>
      </w:r>
      <w:r w:rsidRPr="00B02925">
        <w:rPr>
          <w:rFonts w:ascii="Avenir Book" w:hAnsi="Avenir Book"/>
          <w:sz w:val="20"/>
        </w:rPr>
        <w:t>.</w:t>
      </w:r>
    </w:p>
    <w:p w14:paraId="38B65D93" w14:textId="77777777" w:rsidR="001D5B0E" w:rsidRPr="00B02925" w:rsidRDefault="001D5B0E" w:rsidP="00A709F6">
      <w:pPr>
        <w:pStyle w:val="NormalWeb"/>
        <w:numPr>
          <w:ilvl w:val="0"/>
          <w:numId w:val="16"/>
        </w:numPr>
        <w:rPr>
          <w:rFonts w:ascii="Avenir Book" w:hAnsi="Avenir Book"/>
          <w:sz w:val="20"/>
        </w:rPr>
      </w:pPr>
      <w:r w:rsidRPr="00B02925">
        <w:rPr>
          <w:rFonts w:ascii="Avenir Book" w:hAnsi="Avenir Book"/>
          <w:sz w:val="20"/>
        </w:rPr>
        <w:t xml:space="preserve">Use </w:t>
      </w:r>
      <w:r w:rsidRPr="00B02925">
        <w:rPr>
          <w:rFonts w:ascii="Avenir Book" w:hAnsi="Avenir Book"/>
          <w:bCs/>
          <w:sz w:val="20"/>
        </w:rPr>
        <w:t>local, field-cleared or croft-sourced stone where practical</w:t>
      </w:r>
      <w:r w:rsidRPr="00B02925">
        <w:rPr>
          <w:rFonts w:ascii="Avenir Book" w:hAnsi="Avenir Book"/>
          <w:sz w:val="20"/>
        </w:rPr>
        <w:t xml:space="preserve">, </w:t>
      </w:r>
      <w:r w:rsidR="00A709F6" w:rsidRPr="00B02925">
        <w:rPr>
          <w:rFonts w:ascii="Avenir Book" w:hAnsi="Avenir Book"/>
          <w:sz w:val="20"/>
        </w:rPr>
        <w:t>as well as quarry stone</w:t>
      </w:r>
      <w:r w:rsidRPr="00B02925">
        <w:rPr>
          <w:rFonts w:ascii="Avenir Book" w:hAnsi="Avenir Book"/>
          <w:sz w:val="20"/>
        </w:rPr>
        <w:t>.</w:t>
      </w:r>
    </w:p>
    <w:p w14:paraId="47309A95" w14:textId="77777777" w:rsidR="001D5B0E" w:rsidRPr="00B02925" w:rsidRDefault="001D5B0E" w:rsidP="00A709F6">
      <w:pPr>
        <w:pStyle w:val="NormalWeb"/>
        <w:numPr>
          <w:ilvl w:val="0"/>
          <w:numId w:val="16"/>
        </w:numPr>
        <w:rPr>
          <w:rFonts w:ascii="Avenir Book" w:hAnsi="Avenir Book"/>
          <w:sz w:val="20"/>
        </w:rPr>
      </w:pPr>
      <w:r w:rsidRPr="00B02925">
        <w:rPr>
          <w:rFonts w:ascii="Avenir Book" w:hAnsi="Avenir Book"/>
          <w:sz w:val="20"/>
        </w:rPr>
        <w:t>Allow for community stone-</w:t>
      </w:r>
      <w:r w:rsidR="00A709F6" w:rsidRPr="00B02925">
        <w:rPr>
          <w:rFonts w:ascii="Avenir Book" w:hAnsi="Avenir Book"/>
          <w:sz w:val="20"/>
        </w:rPr>
        <w:t>contribution</w:t>
      </w:r>
      <w:r w:rsidRPr="00B02925">
        <w:rPr>
          <w:rFonts w:ascii="Avenir Book" w:hAnsi="Avenir Book"/>
          <w:sz w:val="20"/>
        </w:rPr>
        <w:t>, including guidance on what types and sizes of stone can be accepted from local crofts.</w:t>
      </w:r>
    </w:p>
    <w:p w14:paraId="2EA7193A" w14:textId="77777777" w:rsidR="001D5B0E" w:rsidRPr="00B02925" w:rsidRDefault="001D5B0E" w:rsidP="00A709F6">
      <w:pPr>
        <w:pStyle w:val="NormalWeb"/>
        <w:numPr>
          <w:ilvl w:val="0"/>
          <w:numId w:val="16"/>
        </w:numPr>
        <w:rPr>
          <w:rFonts w:ascii="Avenir Book" w:hAnsi="Avenir Book"/>
          <w:sz w:val="20"/>
        </w:rPr>
      </w:pPr>
      <w:r w:rsidRPr="00B02925">
        <w:rPr>
          <w:rFonts w:ascii="Avenir Book" w:hAnsi="Avenir Book"/>
          <w:sz w:val="20"/>
        </w:rPr>
        <w:t xml:space="preserve">Grade and store </w:t>
      </w:r>
      <w:r w:rsidR="00A709F6" w:rsidRPr="00B02925">
        <w:rPr>
          <w:rFonts w:ascii="Avenir Book" w:hAnsi="Avenir Book"/>
          <w:sz w:val="20"/>
        </w:rPr>
        <w:t>stone close to the working area</w:t>
      </w:r>
      <w:r w:rsidRPr="00B02925">
        <w:rPr>
          <w:rFonts w:ascii="Avenir Book" w:hAnsi="Avenir Book"/>
          <w:sz w:val="20"/>
        </w:rPr>
        <w:t>.</w:t>
      </w:r>
    </w:p>
    <w:p w14:paraId="5B7F8A67" w14:textId="77777777" w:rsidR="001D5B0E" w:rsidRPr="00B02925" w:rsidRDefault="001D5B0E" w:rsidP="00A709F6">
      <w:pPr>
        <w:pStyle w:val="NormalWeb"/>
        <w:numPr>
          <w:ilvl w:val="0"/>
          <w:numId w:val="16"/>
        </w:numPr>
        <w:rPr>
          <w:rFonts w:ascii="Avenir Book" w:hAnsi="Avenir Book"/>
          <w:sz w:val="20"/>
        </w:rPr>
      </w:pPr>
      <w:r w:rsidRPr="00B02925">
        <w:rPr>
          <w:rFonts w:ascii="Avenir Book" w:hAnsi="Avenir Book"/>
          <w:sz w:val="20"/>
        </w:rPr>
        <w:t xml:space="preserve">Build the </w:t>
      </w:r>
      <w:r w:rsidRPr="00B02925">
        <w:rPr>
          <w:rFonts w:ascii="Avenir Book" w:hAnsi="Avenir Book"/>
          <w:bCs/>
          <w:sz w:val="20"/>
        </w:rPr>
        <w:t>central hearth/fire setting</w:t>
      </w:r>
      <w:r w:rsidRPr="00B02925">
        <w:rPr>
          <w:rFonts w:ascii="Avenir Book" w:hAnsi="Avenir Book"/>
          <w:sz w:val="20"/>
        </w:rPr>
        <w:t>.</w:t>
      </w:r>
    </w:p>
    <w:p w14:paraId="46ED846F" w14:textId="77777777" w:rsidR="001D5B0E" w:rsidRPr="00DF3DF4" w:rsidRDefault="001D5B0E" w:rsidP="001D5B0E">
      <w:pPr>
        <w:pStyle w:val="Heading4"/>
        <w:rPr>
          <w:rFonts w:ascii="Avenir Book" w:hAnsi="Avenir Book"/>
        </w:rPr>
      </w:pPr>
      <w:r w:rsidRPr="00DF3DF4">
        <w:rPr>
          <w:rFonts w:ascii="Avenir Book" w:hAnsi="Avenir Book"/>
        </w:rPr>
        <w:t>Package B: Turf construction</w:t>
      </w:r>
    </w:p>
    <w:p w14:paraId="20FE6932" w14:textId="77777777" w:rsidR="00A709F6" w:rsidRPr="00B02925" w:rsidRDefault="001D5B0E" w:rsidP="00706300">
      <w:pPr>
        <w:pStyle w:val="NormalWeb"/>
        <w:numPr>
          <w:ilvl w:val="0"/>
          <w:numId w:val="16"/>
        </w:numPr>
        <w:rPr>
          <w:rFonts w:ascii="Avenir Book" w:hAnsi="Avenir Book"/>
          <w:sz w:val="20"/>
        </w:rPr>
      </w:pPr>
      <w:r w:rsidRPr="00B02925">
        <w:rPr>
          <w:rFonts w:ascii="Avenir Book" w:hAnsi="Avenir Book"/>
          <w:sz w:val="20"/>
        </w:rPr>
        <w:t xml:space="preserve">Construct the </w:t>
      </w:r>
      <w:r w:rsidRPr="00B02925">
        <w:rPr>
          <w:rStyle w:val="Strong"/>
          <w:rFonts w:ascii="Avenir Book" w:hAnsi="Avenir Book"/>
          <w:b w:val="0"/>
          <w:sz w:val="20"/>
        </w:rPr>
        <w:t>upper turf walling</w:t>
      </w:r>
      <w:r w:rsidR="00A709F6" w:rsidRPr="00B02925">
        <w:rPr>
          <w:rFonts w:ascii="Avenir Book" w:hAnsi="Avenir Book"/>
          <w:sz w:val="20"/>
        </w:rPr>
        <w:t xml:space="preserve">. </w:t>
      </w:r>
    </w:p>
    <w:p w14:paraId="5B1678F5" w14:textId="77777777" w:rsidR="001D5B0E" w:rsidRPr="00B02925" w:rsidRDefault="001D5B0E" w:rsidP="00706300">
      <w:pPr>
        <w:pStyle w:val="NormalWeb"/>
        <w:numPr>
          <w:ilvl w:val="0"/>
          <w:numId w:val="16"/>
        </w:numPr>
        <w:rPr>
          <w:rFonts w:ascii="Avenir Book" w:hAnsi="Avenir Book"/>
          <w:sz w:val="20"/>
        </w:rPr>
      </w:pPr>
      <w:r w:rsidRPr="00B02925">
        <w:rPr>
          <w:rFonts w:ascii="Avenir Book" w:hAnsi="Avenir Book"/>
          <w:sz w:val="20"/>
        </w:rPr>
        <w:t>Advise on turf specification, including likely turf depth, dimensions, cutting method, handling, stacking, storage, timing before use.</w:t>
      </w:r>
    </w:p>
    <w:p w14:paraId="082B2806" w14:textId="77777777" w:rsidR="00B53794" w:rsidRPr="00B02925" w:rsidRDefault="001D5B0E" w:rsidP="003D34B7">
      <w:pPr>
        <w:pStyle w:val="NormalWeb"/>
        <w:numPr>
          <w:ilvl w:val="0"/>
          <w:numId w:val="16"/>
        </w:numPr>
        <w:rPr>
          <w:rFonts w:ascii="Avenir Book" w:hAnsi="Avenir Book"/>
          <w:sz w:val="20"/>
        </w:rPr>
      </w:pPr>
      <w:r w:rsidRPr="00B02925">
        <w:rPr>
          <w:rFonts w:ascii="Avenir Book" w:hAnsi="Avenir Book"/>
          <w:sz w:val="20"/>
        </w:rPr>
        <w:t xml:space="preserve">Respond to the </w:t>
      </w:r>
      <w:proofErr w:type="spellStart"/>
      <w:r w:rsidRPr="00B02925">
        <w:rPr>
          <w:rFonts w:ascii="Avenir Book" w:hAnsi="Avenir Book"/>
          <w:sz w:val="20"/>
        </w:rPr>
        <w:t>Achtercairn</w:t>
      </w:r>
      <w:proofErr w:type="spellEnd"/>
      <w:r w:rsidRPr="00B02925">
        <w:rPr>
          <w:rFonts w:ascii="Avenir Book" w:hAnsi="Avenir Book"/>
          <w:sz w:val="20"/>
        </w:rPr>
        <w:t>/Roundhouse 10 evidence, where stone tumble protected the turf wall top, and help determine how the reconstructed tu</w:t>
      </w:r>
      <w:r w:rsidR="00B53794" w:rsidRPr="00B02925">
        <w:rPr>
          <w:rFonts w:ascii="Avenir Book" w:hAnsi="Avenir Book"/>
          <w:sz w:val="20"/>
        </w:rPr>
        <w:t>rf wall or cap should be built.</w:t>
      </w:r>
    </w:p>
    <w:p w14:paraId="7AAB198F" w14:textId="77777777" w:rsidR="001D5B0E" w:rsidRPr="00B02925" w:rsidRDefault="001D5B0E" w:rsidP="003D34B7">
      <w:pPr>
        <w:pStyle w:val="NormalWeb"/>
        <w:numPr>
          <w:ilvl w:val="0"/>
          <w:numId w:val="16"/>
        </w:numPr>
        <w:rPr>
          <w:rFonts w:ascii="Avenir Book" w:hAnsi="Avenir Book"/>
          <w:sz w:val="20"/>
        </w:rPr>
      </w:pPr>
      <w:r w:rsidRPr="00B02925">
        <w:rPr>
          <w:rFonts w:ascii="Avenir Book" w:hAnsi="Avenir Book"/>
          <w:sz w:val="20"/>
        </w:rPr>
        <w:t xml:space="preserve">Work closely with the stonework and timber </w:t>
      </w:r>
      <w:r w:rsidR="00A709F6" w:rsidRPr="00B02925">
        <w:rPr>
          <w:rFonts w:ascii="Avenir Book" w:hAnsi="Avenir Book"/>
          <w:sz w:val="20"/>
        </w:rPr>
        <w:t>craftspeople</w:t>
      </w:r>
      <w:r w:rsidRPr="00B02925">
        <w:rPr>
          <w:rFonts w:ascii="Avenir Book" w:hAnsi="Avenir Book"/>
          <w:sz w:val="20"/>
        </w:rPr>
        <w:t xml:space="preserve"> to resolve the </w:t>
      </w:r>
      <w:r w:rsidR="00A709F6" w:rsidRPr="00B02925">
        <w:rPr>
          <w:rFonts w:ascii="Avenir Book" w:hAnsi="Avenir Book"/>
          <w:sz w:val="20"/>
        </w:rPr>
        <w:t>meeting of</w:t>
      </w:r>
      <w:r w:rsidRPr="00B02925">
        <w:rPr>
          <w:rFonts w:ascii="Avenir Book" w:hAnsi="Avenir Book"/>
          <w:sz w:val="20"/>
        </w:rPr>
        <w:t xml:space="preserve"> turf walling, timber supports, entrance construction and thatch/eaves.</w:t>
      </w:r>
    </w:p>
    <w:p w14:paraId="110089AC" w14:textId="77777777" w:rsidR="001D5B0E" w:rsidRPr="00B02925" w:rsidRDefault="001D5B0E" w:rsidP="001D5B0E">
      <w:pPr>
        <w:pStyle w:val="NormalWeb"/>
        <w:numPr>
          <w:ilvl w:val="0"/>
          <w:numId w:val="16"/>
        </w:numPr>
        <w:rPr>
          <w:rFonts w:ascii="Avenir Book" w:hAnsi="Avenir Book"/>
          <w:sz w:val="20"/>
        </w:rPr>
      </w:pPr>
      <w:r w:rsidRPr="00B02925">
        <w:rPr>
          <w:rFonts w:ascii="Avenir Book" w:hAnsi="Avenir Book"/>
          <w:sz w:val="20"/>
        </w:rPr>
        <w:t>Support assessment of local turf sources, including permissions, environmental impact, reinstatement and transport.</w:t>
      </w:r>
    </w:p>
    <w:p w14:paraId="5CAE55BD" w14:textId="77777777" w:rsidR="001D5B0E" w:rsidRPr="00DF3DF4" w:rsidRDefault="001D5B0E" w:rsidP="001D5B0E">
      <w:pPr>
        <w:pStyle w:val="Heading4"/>
        <w:rPr>
          <w:rFonts w:ascii="Avenir Book" w:hAnsi="Avenir Book"/>
        </w:rPr>
      </w:pPr>
      <w:r w:rsidRPr="00DF3DF4">
        <w:rPr>
          <w:rFonts w:ascii="Avenir Book" w:hAnsi="Avenir Book"/>
        </w:rPr>
        <w:t>Package C: Timber frame / greenwood joinery</w:t>
      </w:r>
    </w:p>
    <w:p w14:paraId="271C0DBA" w14:textId="77777777" w:rsidR="001D5B0E" w:rsidRPr="00B02925" w:rsidRDefault="001D5B0E" w:rsidP="001D5B0E">
      <w:pPr>
        <w:pStyle w:val="NormalWeb"/>
        <w:numPr>
          <w:ilvl w:val="0"/>
          <w:numId w:val="17"/>
        </w:numPr>
        <w:rPr>
          <w:rFonts w:ascii="Avenir Book" w:hAnsi="Avenir Book"/>
          <w:sz w:val="20"/>
        </w:rPr>
      </w:pPr>
      <w:r w:rsidRPr="00B02925">
        <w:rPr>
          <w:rFonts w:ascii="Avenir Book" w:hAnsi="Avenir Book"/>
          <w:sz w:val="20"/>
        </w:rPr>
        <w:t xml:space="preserve">Develop and build the </w:t>
      </w:r>
      <w:r w:rsidRPr="00B02925">
        <w:rPr>
          <w:rStyle w:val="Strong"/>
          <w:rFonts w:ascii="Avenir Book" w:hAnsi="Avenir Book"/>
          <w:b w:val="0"/>
          <w:sz w:val="20"/>
        </w:rPr>
        <w:t>round-pole structural frame</w:t>
      </w:r>
      <w:r w:rsidRPr="00B02925">
        <w:rPr>
          <w:rFonts w:ascii="Avenir Book" w:hAnsi="Avenir Book"/>
          <w:sz w:val="20"/>
        </w:rPr>
        <w:t xml:space="preserve"> for the roo</w:t>
      </w:r>
      <w:r w:rsidR="00156086" w:rsidRPr="00B02925">
        <w:rPr>
          <w:rFonts w:ascii="Avenir Book" w:hAnsi="Avenir Book"/>
          <w:sz w:val="20"/>
        </w:rPr>
        <w:t>f</w:t>
      </w:r>
      <w:r w:rsidRPr="00B02925">
        <w:rPr>
          <w:rFonts w:ascii="Avenir Book" w:hAnsi="Avenir Book"/>
          <w:sz w:val="20"/>
        </w:rPr>
        <w:t>.</w:t>
      </w:r>
    </w:p>
    <w:p w14:paraId="7A4758C8" w14:textId="77777777" w:rsidR="00A709F6" w:rsidRPr="00B02925" w:rsidRDefault="001D5B0E" w:rsidP="004802DC">
      <w:pPr>
        <w:pStyle w:val="NormalWeb"/>
        <w:numPr>
          <w:ilvl w:val="0"/>
          <w:numId w:val="17"/>
        </w:numPr>
        <w:rPr>
          <w:rFonts w:ascii="Avenir Book" w:hAnsi="Avenir Book"/>
          <w:sz w:val="20"/>
        </w:rPr>
      </w:pPr>
      <w:r w:rsidRPr="00B02925">
        <w:rPr>
          <w:rFonts w:ascii="Avenir Book" w:hAnsi="Avenir Book"/>
          <w:sz w:val="20"/>
        </w:rPr>
        <w:t xml:space="preserve">The timber structure should respond to the archaeological evidence for post/stake holes. </w:t>
      </w:r>
    </w:p>
    <w:p w14:paraId="1E25E40C" w14:textId="77777777" w:rsidR="001D5B0E" w:rsidRPr="00B02925" w:rsidRDefault="001D5B0E" w:rsidP="004802DC">
      <w:pPr>
        <w:pStyle w:val="NormalWeb"/>
        <w:numPr>
          <w:ilvl w:val="0"/>
          <w:numId w:val="17"/>
        </w:numPr>
        <w:rPr>
          <w:rFonts w:ascii="Avenir Book" w:hAnsi="Avenir Book"/>
          <w:sz w:val="20"/>
        </w:rPr>
      </w:pPr>
      <w:r w:rsidRPr="00B02925">
        <w:rPr>
          <w:rFonts w:ascii="Avenir Book" w:hAnsi="Avenir Book"/>
          <w:sz w:val="20"/>
        </w:rPr>
        <w:t>Price for timber sourcing, transport, storage, preparation, and assembly on site.</w:t>
      </w:r>
    </w:p>
    <w:p w14:paraId="2EAA6FB6" w14:textId="690723F0" w:rsidR="00A709F6" w:rsidRPr="00B02925" w:rsidRDefault="001D5B0E" w:rsidP="00244B77">
      <w:pPr>
        <w:pStyle w:val="NormalWeb"/>
        <w:numPr>
          <w:ilvl w:val="0"/>
          <w:numId w:val="17"/>
        </w:numPr>
        <w:rPr>
          <w:rFonts w:ascii="Avenir Book" w:hAnsi="Avenir Book"/>
          <w:sz w:val="20"/>
        </w:rPr>
      </w:pPr>
      <w:r w:rsidRPr="00B02925">
        <w:rPr>
          <w:rFonts w:ascii="Avenir Book" w:hAnsi="Avenir Book"/>
          <w:sz w:val="20"/>
        </w:rPr>
        <w:t xml:space="preserve">Include pegged and/or bound joints, using oak pegs, hazel, rope </w:t>
      </w:r>
      <w:r w:rsidR="00A709F6" w:rsidRPr="00B02925">
        <w:rPr>
          <w:rFonts w:ascii="Avenir Book" w:hAnsi="Avenir Book"/>
          <w:sz w:val="20"/>
        </w:rPr>
        <w:t>or braided plant-fibre bindings</w:t>
      </w:r>
      <w:r w:rsidR="00964F9B">
        <w:rPr>
          <w:rFonts w:ascii="Avenir Book" w:hAnsi="Avenir Book"/>
          <w:sz w:val="20"/>
        </w:rPr>
        <w:t>.</w:t>
      </w:r>
    </w:p>
    <w:p w14:paraId="5B8C5A4E" w14:textId="77777777" w:rsidR="001D5B0E" w:rsidRPr="00B02925" w:rsidRDefault="001D5B0E" w:rsidP="00244B77">
      <w:pPr>
        <w:pStyle w:val="NormalWeb"/>
        <w:numPr>
          <w:ilvl w:val="0"/>
          <w:numId w:val="17"/>
        </w:numPr>
        <w:rPr>
          <w:rFonts w:ascii="Avenir Book" w:hAnsi="Avenir Book"/>
          <w:sz w:val="20"/>
        </w:rPr>
      </w:pPr>
      <w:r w:rsidRPr="00B02925">
        <w:rPr>
          <w:rFonts w:ascii="Avenir Book" w:hAnsi="Avenir Book"/>
          <w:sz w:val="20"/>
        </w:rPr>
        <w:t xml:space="preserve">Include the </w:t>
      </w:r>
      <w:r w:rsidRPr="00B02925">
        <w:rPr>
          <w:rStyle w:val="Strong"/>
          <w:rFonts w:ascii="Avenir Book" w:hAnsi="Avenir Book"/>
          <w:b w:val="0"/>
          <w:sz w:val="20"/>
        </w:rPr>
        <w:t>timber entrance doorway</w:t>
      </w:r>
      <w:r w:rsidRPr="00B02925">
        <w:rPr>
          <w:rFonts w:ascii="Avenir Book" w:hAnsi="Avenir Book"/>
          <w:sz w:val="20"/>
        </w:rPr>
        <w:t xml:space="preserve"> and split-timber pegged door construction.</w:t>
      </w:r>
    </w:p>
    <w:p w14:paraId="32713D3A" w14:textId="77777777" w:rsidR="001D5B0E" w:rsidRPr="00B02925" w:rsidRDefault="001D5B0E" w:rsidP="001D5B0E">
      <w:pPr>
        <w:pStyle w:val="NormalWeb"/>
        <w:numPr>
          <w:ilvl w:val="0"/>
          <w:numId w:val="17"/>
        </w:numPr>
        <w:rPr>
          <w:rFonts w:ascii="Avenir Book" w:hAnsi="Avenir Book"/>
          <w:sz w:val="20"/>
        </w:rPr>
      </w:pPr>
      <w:r w:rsidRPr="00B02925">
        <w:rPr>
          <w:rFonts w:ascii="Avenir Book" w:hAnsi="Avenir Book"/>
          <w:sz w:val="20"/>
        </w:rPr>
        <w:t>Work with the architect and structural engineer so the frame can be justified for building warrant and assembled safely on a restricted, public-facing site.</w:t>
      </w:r>
    </w:p>
    <w:p w14:paraId="3D469A36" w14:textId="77777777" w:rsidR="001D5B0E" w:rsidRPr="00DF3DF4" w:rsidRDefault="001D5B0E" w:rsidP="001D5B0E">
      <w:pPr>
        <w:pStyle w:val="Heading4"/>
        <w:rPr>
          <w:rFonts w:ascii="Avenir Book" w:hAnsi="Avenir Book"/>
        </w:rPr>
      </w:pPr>
      <w:r w:rsidRPr="00DF3DF4">
        <w:rPr>
          <w:rFonts w:ascii="Avenir Book" w:hAnsi="Avenir Book"/>
        </w:rPr>
        <w:t>Package D: Heather thatching</w:t>
      </w:r>
    </w:p>
    <w:p w14:paraId="5896CFAD" w14:textId="77777777" w:rsidR="001D5B0E" w:rsidRPr="00B02925" w:rsidRDefault="001D5B0E" w:rsidP="001D5B0E">
      <w:pPr>
        <w:pStyle w:val="NormalWeb"/>
        <w:numPr>
          <w:ilvl w:val="0"/>
          <w:numId w:val="18"/>
        </w:numPr>
        <w:rPr>
          <w:rFonts w:ascii="Avenir Book" w:hAnsi="Avenir Book"/>
          <w:b/>
          <w:sz w:val="20"/>
        </w:rPr>
      </w:pPr>
      <w:r w:rsidRPr="00B02925">
        <w:rPr>
          <w:rFonts w:ascii="Avenir Book" w:hAnsi="Avenir Book"/>
          <w:sz w:val="20"/>
        </w:rPr>
        <w:t xml:space="preserve">Deliver the </w:t>
      </w:r>
      <w:r w:rsidRPr="00B02925">
        <w:rPr>
          <w:rStyle w:val="Strong"/>
          <w:rFonts w:ascii="Avenir Book" w:hAnsi="Avenir Book"/>
          <w:b w:val="0"/>
          <w:sz w:val="20"/>
        </w:rPr>
        <w:t>conical heather-thatched roof</w:t>
      </w:r>
      <w:r w:rsidRPr="00B02925">
        <w:rPr>
          <w:rFonts w:ascii="Avenir Book" w:hAnsi="Avenir Book"/>
          <w:sz w:val="20"/>
        </w:rPr>
        <w:t xml:space="preserve">, currently assumed at approximately </w:t>
      </w:r>
      <w:r w:rsidRPr="00B02925">
        <w:rPr>
          <w:rStyle w:val="Strong"/>
          <w:rFonts w:ascii="Avenir Book" w:hAnsi="Avenir Book"/>
          <w:b w:val="0"/>
          <w:sz w:val="20"/>
        </w:rPr>
        <w:t>45-degree pitch</w:t>
      </w:r>
      <w:r w:rsidRPr="00B02925">
        <w:rPr>
          <w:rFonts w:ascii="Avenir Book" w:hAnsi="Avenir Book"/>
          <w:sz w:val="20"/>
        </w:rPr>
        <w:t xml:space="preserve"> and rising to about </w:t>
      </w:r>
      <w:r w:rsidRPr="00B02925">
        <w:rPr>
          <w:rStyle w:val="Strong"/>
          <w:rFonts w:ascii="Avenir Book" w:hAnsi="Avenir Book"/>
          <w:b w:val="0"/>
          <w:sz w:val="20"/>
        </w:rPr>
        <w:t>5.6m</w:t>
      </w:r>
      <w:r w:rsidRPr="00B02925">
        <w:rPr>
          <w:rFonts w:ascii="Avenir Book" w:hAnsi="Avenir Book"/>
          <w:b/>
          <w:sz w:val="20"/>
        </w:rPr>
        <w:t>.</w:t>
      </w:r>
    </w:p>
    <w:p w14:paraId="2CA9F352" w14:textId="77777777" w:rsidR="001D5B0E" w:rsidRPr="00B02925" w:rsidRDefault="001D5B0E" w:rsidP="001D5B0E">
      <w:pPr>
        <w:pStyle w:val="NormalWeb"/>
        <w:numPr>
          <w:ilvl w:val="0"/>
          <w:numId w:val="18"/>
        </w:numPr>
        <w:rPr>
          <w:rFonts w:ascii="Avenir Book" w:hAnsi="Avenir Book"/>
          <w:sz w:val="20"/>
        </w:rPr>
      </w:pPr>
      <w:r w:rsidRPr="00B02925">
        <w:rPr>
          <w:rFonts w:ascii="Avenir Book" w:hAnsi="Avenir Book"/>
          <w:sz w:val="20"/>
        </w:rPr>
        <w:t>Advise on heather quality, quantity, picking/cutting method, bundling, transport, storage, and timing.</w:t>
      </w:r>
    </w:p>
    <w:p w14:paraId="0EE8519B" w14:textId="77777777" w:rsidR="001D5B0E" w:rsidRPr="00B02925" w:rsidRDefault="001D5B0E" w:rsidP="001D5B0E">
      <w:pPr>
        <w:pStyle w:val="NormalWeb"/>
        <w:numPr>
          <w:ilvl w:val="0"/>
          <w:numId w:val="18"/>
        </w:numPr>
        <w:rPr>
          <w:rFonts w:ascii="Avenir Book" w:hAnsi="Avenir Book"/>
          <w:sz w:val="20"/>
        </w:rPr>
      </w:pPr>
      <w:r w:rsidRPr="00B02925">
        <w:rPr>
          <w:rFonts w:ascii="Avenir Book" w:hAnsi="Avenir Book"/>
          <w:sz w:val="20"/>
        </w:rPr>
        <w:t xml:space="preserve">Lead the </w:t>
      </w:r>
      <w:r w:rsidR="00A709F6" w:rsidRPr="00B02925">
        <w:rPr>
          <w:rFonts w:ascii="Avenir Book" w:hAnsi="Avenir Book"/>
          <w:sz w:val="20"/>
        </w:rPr>
        <w:t>heather pick with volunteers</w:t>
      </w:r>
      <w:r w:rsidRPr="00B02925">
        <w:rPr>
          <w:rFonts w:ascii="Avenir Book" w:hAnsi="Avenir Book"/>
          <w:sz w:val="20"/>
        </w:rPr>
        <w:t>.</w:t>
      </w:r>
    </w:p>
    <w:p w14:paraId="018F5F5C" w14:textId="77777777" w:rsidR="00A709F6" w:rsidRPr="00B02925" w:rsidRDefault="00A709F6" w:rsidP="00A709F6">
      <w:pPr>
        <w:pStyle w:val="NormalWeb"/>
        <w:numPr>
          <w:ilvl w:val="0"/>
          <w:numId w:val="18"/>
        </w:numPr>
        <w:rPr>
          <w:rFonts w:ascii="Avenir Book" w:hAnsi="Avenir Book"/>
          <w:sz w:val="20"/>
        </w:rPr>
      </w:pPr>
      <w:r w:rsidRPr="00B02925">
        <w:rPr>
          <w:rFonts w:ascii="Avenir Book" w:hAnsi="Avenir Book"/>
          <w:sz w:val="20"/>
        </w:rPr>
        <w:t>Advise on hazel requirements fo</w:t>
      </w:r>
      <w:r w:rsidR="00156086" w:rsidRPr="00B02925">
        <w:rPr>
          <w:rFonts w:ascii="Avenir Book" w:hAnsi="Avenir Book"/>
          <w:sz w:val="20"/>
        </w:rPr>
        <w:t>r rods, rings, fixings, staples</w:t>
      </w:r>
      <w:r w:rsidRPr="00B02925">
        <w:rPr>
          <w:rFonts w:ascii="Avenir Book" w:hAnsi="Avenir Book"/>
          <w:sz w:val="20"/>
        </w:rPr>
        <w:t>.</w:t>
      </w:r>
    </w:p>
    <w:p w14:paraId="7449FACD" w14:textId="77777777" w:rsidR="001D5B0E" w:rsidRPr="00DF3DF4" w:rsidRDefault="001D5B0E" w:rsidP="001D5B0E">
      <w:pPr>
        <w:pStyle w:val="Heading4"/>
        <w:rPr>
          <w:rFonts w:ascii="Avenir Book" w:hAnsi="Avenir Book"/>
        </w:rPr>
      </w:pPr>
      <w:r w:rsidRPr="00DF3DF4">
        <w:rPr>
          <w:rFonts w:ascii="Avenir Book" w:hAnsi="Avenir Book"/>
        </w:rPr>
        <w:t>Package E: Internal floor advisory input only</w:t>
      </w:r>
    </w:p>
    <w:p w14:paraId="55277505" w14:textId="77777777" w:rsidR="001D5B0E" w:rsidRPr="00B02925" w:rsidRDefault="001D5B0E" w:rsidP="001D5D7F">
      <w:pPr>
        <w:pStyle w:val="NormalWeb"/>
        <w:numPr>
          <w:ilvl w:val="0"/>
          <w:numId w:val="19"/>
        </w:numPr>
        <w:rPr>
          <w:rFonts w:ascii="Avenir Book" w:hAnsi="Avenir Book"/>
          <w:sz w:val="20"/>
        </w:rPr>
      </w:pPr>
      <w:r w:rsidRPr="00B02925">
        <w:rPr>
          <w:rFonts w:ascii="Avenir Book" w:hAnsi="Avenir Book"/>
          <w:sz w:val="20"/>
        </w:rPr>
        <w:t xml:space="preserve">Advise on how the floor might respond to the archaeological evidence for a </w:t>
      </w:r>
      <w:r w:rsidRPr="00B02925">
        <w:rPr>
          <w:rStyle w:val="Strong"/>
          <w:rFonts w:ascii="Avenir Book" w:hAnsi="Avenir Book"/>
          <w:b w:val="0"/>
          <w:sz w:val="20"/>
        </w:rPr>
        <w:t>central hearth in an earth floor</w:t>
      </w:r>
      <w:r w:rsidRPr="00B02925">
        <w:rPr>
          <w:rFonts w:ascii="Avenir Book" w:hAnsi="Avenir Book"/>
          <w:sz w:val="20"/>
        </w:rPr>
        <w:t xml:space="preserve"> and possible organic “carpet” of plants, while also meeting requirements for </w:t>
      </w:r>
      <w:r w:rsidR="00156086" w:rsidRPr="00B02925">
        <w:rPr>
          <w:rFonts w:ascii="Avenir Book" w:hAnsi="Avenir Book"/>
          <w:sz w:val="20"/>
        </w:rPr>
        <w:t>public use</w:t>
      </w:r>
      <w:r w:rsidRPr="00B02925">
        <w:rPr>
          <w:rFonts w:ascii="Avenir Book" w:hAnsi="Avenir Book"/>
          <w:sz w:val="20"/>
        </w:rPr>
        <w:t>.</w:t>
      </w:r>
    </w:p>
    <w:p w14:paraId="65C1316F" w14:textId="77777777" w:rsidR="001D5B0E" w:rsidRPr="00B02925" w:rsidRDefault="001D5B0E" w:rsidP="001D5B0E">
      <w:pPr>
        <w:pStyle w:val="NormalWeb"/>
        <w:numPr>
          <w:ilvl w:val="0"/>
          <w:numId w:val="19"/>
        </w:numPr>
        <w:rPr>
          <w:rFonts w:ascii="Avenir Book" w:hAnsi="Avenir Book"/>
          <w:sz w:val="20"/>
        </w:rPr>
      </w:pPr>
      <w:r w:rsidRPr="00B02925">
        <w:rPr>
          <w:rFonts w:ascii="Avenir Book" w:hAnsi="Avenir Book"/>
          <w:sz w:val="20"/>
        </w:rPr>
        <w:t>Consider floor build-up, levels, drainage/damp, wear from school and visitor use.</w:t>
      </w:r>
    </w:p>
    <w:p w14:paraId="3F924963" w14:textId="77777777" w:rsidR="001D5B0E" w:rsidRPr="00B02925" w:rsidRDefault="001D5B0E" w:rsidP="001D5B0E">
      <w:pPr>
        <w:pStyle w:val="NormalWeb"/>
        <w:numPr>
          <w:ilvl w:val="0"/>
          <w:numId w:val="19"/>
        </w:numPr>
        <w:rPr>
          <w:rFonts w:ascii="Avenir Book" w:hAnsi="Avenir Book"/>
          <w:sz w:val="20"/>
        </w:rPr>
      </w:pPr>
      <w:r w:rsidRPr="00B02925">
        <w:rPr>
          <w:rFonts w:ascii="Avenir Book" w:hAnsi="Avenir Book"/>
          <w:sz w:val="20"/>
        </w:rPr>
        <w:t>Identify anything that must be fixed at building warran</w:t>
      </w:r>
      <w:r w:rsidR="00156086" w:rsidRPr="00B02925">
        <w:rPr>
          <w:rFonts w:ascii="Avenir Book" w:hAnsi="Avenir Book"/>
          <w:sz w:val="20"/>
        </w:rPr>
        <w:t>t stage, including fire safety, access</w:t>
      </w:r>
      <w:r w:rsidRPr="00B02925">
        <w:rPr>
          <w:rFonts w:ascii="Avenir Book" w:hAnsi="Avenir Book"/>
          <w:sz w:val="20"/>
        </w:rPr>
        <w:t>.</w:t>
      </w:r>
    </w:p>
    <w:p w14:paraId="6A16418A" w14:textId="77777777" w:rsidR="005F292F" w:rsidRPr="00DF3DF4" w:rsidRDefault="00AA2C85">
      <w:pPr>
        <w:pStyle w:val="Heading1"/>
        <w:spacing w:after="80" w:line="240" w:lineRule="auto"/>
        <w:rPr>
          <w:rFonts w:ascii="Avenir Book" w:hAnsi="Avenir Book"/>
        </w:rPr>
      </w:pPr>
      <w:r w:rsidRPr="00DF3DF4">
        <w:rPr>
          <w:rFonts w:ascii="Avenir Book" w:hAnsi="Avenir Book"/>
        </w:rPr>
        <w:lastRenderedPageBreak/>
        <w:t xml:space="preserve">7. Current </w:t>
      </w:r>
      <w:proofErr w:type="spellStart"/>
      <w:r w:rsidRPr="00DF3DF4">
        <w:rPr>
          <w:rFonts w:ascii="Avenir Book" w:hAnsi="Avenir Book"/>
        </w:rPr>
        <w:t>programme</w:t>
      </w:r>
      <w:proofErr w:type="spellEnd"/>
      <w:r w:rsidRPr="00DF3DF4">
        <w:rPr>
          <w:rFonts w:ascii="Avenir Book" w:hAnsi="Avenir Book"/>
        </w:rPr>
        <w:t xml:space="preserve"> for pricing</w:t>
      </w:r>
    </w:p>
    <w:p w14:paraId="72DD3E85" w14:textId="77777777" w:rsidR="005F292F" w:rsidRPr="00DF3DF4" w:rsidRDefault="00AA2C85">
      <w:pPr>
        <w:spacing w:after="80" w:line="240" w:lineRule="auto"/>
        <w:rPr>
          <w:rFonts w:ascii="Avenir Book" w:hAnsi="Avenir Book"/>
        </w:rPr>
      </w:pPr>
      <w:r w:rsidRPr="00DF3DF4">
        <w:rPr>
          <w:rFonts w:ascii="Avenir Book" w:hAnsi="Avenir Book"/>
        </w:rPr>
        <w:t xml:space="preserve">Dates are current working assumptions for pricing and availability checks. They may change as design, building warrant and material sourcing develop. Tenderers should state availability and constraints. </w:t>
      </w:r>
    </w:p>
    <w:tbl>
      <w:tblPr>
        <w:tblStyle w:val="TableGrid"/>
        <w:tblW w:w="0" w:type="auto"/>
        <w:jc w:val="center"/>
        <w:tblLook w:val="04A0" w:firstRow="1" w:lastRow="0" w:firstColumn="1" w:lastColumn="0" w:noHBand="0" w:noVBand="1"/>
      </w:tblPr>
      <w:tblGrid>
        <w:gridCol w:w="5040"/>
        <w:gridCol w:w="5042"/>
      </w:tblGrid>
      <w:tr w:rsidR="005F292F" w:rsidRPr="00DF3DF4" w14:paraId="6346317A" w14:textId="77777777" w:rsidTr="00990247">
        <w:trPr>
          <w:tblHeader/>
          <w:jc w:val="center"/>
        </w:trPr>
        <w:tc>
          <w:tcPr>
            <w:tcW w:w="5040" w:type="dxa"/>
            <w:shd w:val="clear" w:color="auto" w:fill="D9EAD3"/>
          </w:tcPr>
          <w:p w14:paraId="2CB46A08" w14:textId="77777777" w:rsidR="005F292F" w:rsidRPr="00DF3DF4" w:rsidRDefault="00AA2C85">
            <w:pPr>
              <w:rPr>
                <w:rFonts w:ascii="Avenir Book" w:hAnsi="Avenir Book"/>
              </w:rPr>
            </w:pPr>
            <w:r w:rsidRPr="00DF3DF4">
              <w:rPr>
                <w:rFonts w:ascii="Avenir Book" w:hAnsi="Avenir Book"/>
                <w:b/>
                <w:sz w:val="18"/>
              </w:rPr>
              <w:t>Timing</w:t>
            </w:r>
          </w:p>
        </w:tc>
        <w:tc>
          <w:tcPr>
            <w:tcW w:w="5042" w:type="dxa"/>
            <w:shd w:val="clear" w:color="auto" w:fill="D9EAD3"/>
          </w:tcPr>
          <w:p w14:paraId="2054762C" w14:textId="77777777" w:rsidR="005F292F" w:rsidRPr="00DF3DF4" w:rsidRDefault="00AA2C85">
            <w:pPr>
              <w:rPr>
                <w:rFonts w:ascii="Avenir Book" w:hAnsi="Avenir Book"/>
              </w:rPr>
            </w:pPr>
            <w:r w:rsidRPr="00DF3DF4">
              <w:rPr>
                <w:rFonts w:ascii="Avenir Book" w:hAnsi="Avenir Book"/>
                <w:b/>
                <w:sz w:val="18"/>
              </w:rPr>
              <w:t>Main milestone</w:t>
            </w:r>
          </w:p>
        </w:tc>
      </w:tr>
      <w:tr w:rsidR="005F292F" w:rsidRPr="00DF3DF4" w14:paraId="2C17C09A" w14:textId="77777777" w:rsidTr="00990247">
        <w:trPr>
          <w:jc w:val="center"/>
        </w:trPr>
        <w:tc>
          <w:tcPr>
            <w:tcW w:w="5040" w:type="dxa"/>
          </w:tcPr>
          <w:p w14:paraId="16E4F7B4" w14:textId="77777777" w:rsidR="005F292F" w:rsidRPr="00DF3DF4" w:rsidRDefault="00AA2C85">
            <w:pPr>
              <w:rPr>
                <w:rFonts w:ascii="Avenir Book" w:hAnsi="Avenir Book"/>
              </w:rPr>
            </w:pPr>
            <w:r w:rsidRPr="00DF3DF4">
              <w:rPr>
                <w:rFonts w:ascii="Avenir Book" w:hAnsi="Avenir Book"/>
                <w:sz w:val="18"/>
              </w:rPr>
              <w:t>Summer 2026</w:t>
            </w:r>
          </w:p>
        </w:tc>
        <w:tc>
          <w:tcPr>
            <w:tcW w:w="5042" w:type="dxa"/>
          </w:tcPr>
          <w:p w14:paraId="68FF7AD2" w14:textId="77777777" w:rsidR="005F292F" w:rsidRPr="00DF3DF4" w:rsidRDefault="00AA2C85">
            <w:pPr>
              <w:rPr>
                <w:rFonts w:ascii="Avenir Book" w:hAnsi="Avenir Book"/>
              </w:rPr>
            </w:pPr>
            <w:r w:rsidRPr="00DF3DF4">
              <w:rPr>
                <w:rFonts w:ascii="Avenir Book" w:hAnsi="Avenir Book"/>
                <w:sz w:val="18"/>
              </w:rPr>
              <w:t>Stage 1 craft appointments and design-stage input.</w:t>
            </w:r>
          </w:p>
        </w:tc>
      </w:tr>
      <w:tr w:rsidR="005F292F" w:rsidRPr="00DF3DF4" w14:paraId="6357454B" w14:textId="77777777" w:rsidTr="00990247">
        <w:trPr>
          <w:jc w:val="center"/>
        </w:trPr>
        <w:tc>
          <w:tcPr>
            <w:tcW w:w="5040" w:type="dxa"/>
          </w:tcPr>
          <w:p w14:paraId="2644A685" w14:textId="28E66C7C" w:rsidR="005F292F" w:rsidRPr="00DF3DF4" w:rsidRDefault="00AA2C85">
            <w:pPr>
              <w:rPr>
                <w:rFonts w:ascii="Avenir Book" w:hAnsi="Avenir Book"/>
              </w:rPr>
            </w:pPr>
            <w:r w:rsidRPr="00DF3DF4">
              <w:rPr>
                <w:rFonts w:ascii="Avenir Book" w:hAnsi="Avenir Book"/>
                <w:sz w:val="18"/>
              </w:rPr>
              <w:t>August 2026</w:t>
            </w:r>
          </w:p>
        </w:tc>
        <w:tc>
          <w:tcPr>
            <w:tcW w:w="5042" w:type="dxa"/>
          </w:tcPr>
          <w:p w14:paraId="32B4F63D" w14:textId="77777777" w:rsidR="005F292F" w:rsidRPr="00DF3DF4" w:rsidRDefault="00AA2C85">
            <w:pPr>
              <w:rPr>
                <w:rFonts w:ascii="Avenir Book" w:hAnsi="Avenir Book"/>
              </w:rPr>
            </w:pPr>
            <w:r w:rsidRPr="00DF3DF4">
              <w:rPr>
                <w:rFonts w:ascii="Avenir Book" w:hAnsi="Avenir Book"/>
                <w:sz w:val="18"/>
              </w:rPr>
              <w:t>Architect-led design development; craft input into buildability, materials, sequencing, quantities and warrant information.</w:t>
            </w:r>
          </w:p>
        </w:tc>
      </w:tr>
      <w:tr w:rsidR="005F292F" w:rsidRPr="00DF3DF4" w14:paraId="736F1A29" w14:textId="77777777" w:rsidTr="00990247">
        <w:trPr>
          <w:jc w:val="center"/>
        </w:trPr>
        <w:tc>
          <w:tcPr>
            <w:tcW w:w="5040" w:type="dxa"/>
          </w:tcPr>
          <w:p w14:paraId="260A44DC" w14:textId="77777777" w:rsidR="005F292F" w:rsidRPr="00DF3DF4" w:rsidRDefault="00156086">
            <w:pPr>
              <w:rPr>
                <w:rFonts w:ascii="Avenir Book" w:hAnsi="Avenir Book"/>
              </w:rPr>
            </w:pPr>
            <w:r w:rsidRPr="00DF3DF4">
              <w:rPr>
                <w:rFonts w:ascii="Avenir Book" w:hAnsi="Avenir Book"/>
                <w:sz w:val="18"/>
              </w:rPr>
              <w:t>Late August / early September 2026</w:t>
            </w:r>
          </w:p>
        </w:tc>
        <w:tc>
          <w:tcPr>
            <w:tcW w:w="5042" w:type="dxa"/>
          </w:tcPr>
          <w:p w14:paraId="73007400" w14:textId="77777777" w:rsidR="005F292F" w:rsidRPr="00DF3DF4" w:rsidRDefault="00AA2C85">
            <w:pPr>
              <w:rPr>
                <w:rFonts w:ascii="Avenir Book" w:hAnsi="Avenir Book"/>
              </w:rPr>
            </w:pPr>
            <w:r w:rsidRPr="00DF3DF4">
              <w:rPr>
                <w:rFonts w:ascii="Avenir Book" w:hAnsi="Avenir Book"/>
                <w:sz w:val="18"/>
              </w:rPr>
              <w:t>Public archaeology</w:t>
            </w:r>
            <w:r w:rsidR="00156086" w:rsidRPr="00DF3DF4">
              <w:rPr>
                <w:rFonts w:ascii="Avenir Book" w:hAnsi="Avenir Book"/>
                <w:sz w:val="18"/>
              </w:rPr>
              <w:t>/reconstruction design workshop and site meeting</w:t>
            </w:r>
          </w:p>
        </w:tc>
      </w:tr>
      <w:tr w:rsidR="005F292F" w:rsidRPr="00DF3DF4" w14:paraId="66D4DF34" w14:textId="77777777" w:rsidTr="00990247">
        <w:trPr>
          <w:jc w:val="center"/>
        </w:trPr>
        <w:tc>
          <w:tcPr>
            <w:tcW w:w="5040" w:type="dxa"/>
          </w:tcPr>
          <w:p w14:paraId="084B81F9" w14:textId="77777777" w:rsidR="005F292F" w:rsidRPr="00DF3DF4" w:rsidRDefault="00AA2C85">
            <w:pPr>
              <w:rPr>
                <w:rFonts w:ascii="Avenir Book" w:hAnsi="Avenir Book"/>
              </w:rPr>
            </w:pPr>
            <w:r w:rsidRPr="00DF3DF4">
              <w:rPr>
                <w:rFonts w:ascii="Avenir Book" w:hAnsi="Avenir Book"/>
                <w:sz w:val="18"/>
              </w:rPr>
              <w:t>September-October 2026</w:t>
            </w:r>
          </w:p>
        </w:tc>
        <w:tc>
          <w:tcPr>
            <w:tcW w:w="5042" w:type="dxa"/>
          </w:tcPr>
          <w:p w14:paraId="53C5D04C" w14:textId="77777777" w:rsidR="005F292F" w:rsidRPr="00DF3DF4" w:rsidRDefault="00AA2C85">
            <w:pPr>
              <w:rPr>
                <w:rFonts w:ascii="Avenir Book" w:hAnsi="Avenir Book"/>
              </w:rPr>
            </w:pPr>
            <w:r w:rsidRPr="00DF3DF4">
              <w:rPr>
                <w:rFonts w:ascii="Avenir Book" w:hAnsi="Avenir Book"/>
                <w:sz w:val="18"/>
              </w:rPr>
              <w:t>Building warrant package preparation and submission target.</w:t>
            </w:r>
          </w:p>
        </w:tc>
      </w:tr>
      <w:tr w:rsidR="00500F44" w:rsidRPr="00DF3DF4" w14:paraId="72DBAFA0" w14:textId="77777777" w:rsidTr="00990247">
        <w:trPr>
          <w:jc w:val="center"/>
        </w:trPr>
        <w:tc>
          <w:tcPr>
            <w:tcW w:w="5040" w:type="dxa"/>
          </w:tcPr>
          <w:p w14:paraId="414AF62B" w14:textId="6A05169C" w:rsidR="00500F44" w:rsidRPr="00DF3DF4" w:rsidRDefault="00500F44" w:rsidP="00156086">
            <w:pPr>
              <w:rPr>
                <w:rFonts w:ascii="Avenir Book" w:hAnsi="Avenir Book"/>
                <w:sz w:val="18"/>
              </w:rPr>
            </w:pPr>
            <w:r>
              <w:rPr>
                <w:rFonts w:ascii="Avenir Book" w:hAnsi="Avenir Book"/>
                <w:sz w:val="18"/>
              </w:rPr>
              <w:t>December 2026</w:t>
            </w:r>
          </w:p>
        </w:tc>
        <w:tc>
          <w:tcPr>
            <w:tcW w:w="5042" w:type="dxa"/>
          </w:tcPr>
          <w:p w14:paraId="73D2A39D" w14:textId="7A52E8BE" w:rsidR="00500F44" w:rsidRPr="00DF3DF4" w:rsidRDefault="00500F44" w:rsidP="00156086">
            <w:pPr>
              <w:rPr>
                <w:rFonts w:ascii="Avenir Book" w:hAnsi="Avenir Book"/>
                <w:sz w:val="18"/>
              </w:rPr>
            </w:pPr>
            <w:r>
              <w:rPr>
                <w:rFonts w:ascii="Avenir Book" w:hAnsi="Avenir Book"/>
                <w:sz w:val="18"/>
              </w:rPr>
              <w:t>Building Warrant approval target</w:t>
            </w:r>
          </w:p>
        </w:tc>
      </w:tr>
      <w:tr w:rsidR="005F292F" w:rsidRPr="00DF3DF4" w14:paraId="604656E6" w14:textId="77777777" w:rsidTr="00990247">
        <w:trPr>
          <w:jc w:val="center"/>
        </w:trPr>
        <w:tc>
          <w:tcPr>
            <w:tcW w:w="5040" w:type="dxa"/>
          </w:tcPr>
          <w:p w14:paraId="0F83C7CD" w14:textId="0099D754" w:rsidR="005F292F" w:rsidRPr="00DF3DF4" w:rsidRDefault="00990247" w:rsidP="00156086">
            <w:pPr>
              <w:rPr>
                <w:rFonts w:ascii="Avenir Book" w:hAnsi="Avenir Book"/>
              </w:rPr>
            </w:pPr>
            <w:r>
              <w:rPr>
                <w:rFonts w:ascii="Avenir Book" w:hAnsi="Avenir Book"/>
                <w:sz w:val="18"/>
              </w:rPr>
              <w:t>January</w:t>
            </w:r>
            <w:r w:rsidR="00AA2C85" w:rsidRPr="00DF3DF4">
              <w:rPr>
                <w:rFonts w:ascii="Avenir Book" w:hAnsi="Avenir Book"/>
                <w:sz w:val="18"/>
              </w:rPr>
              <w:t xml:space="preserve"> 2027</w:t>
            </w:r>
          </w:p>
        </w:tc>
        <w:tc>
          <w:tcPr>
            <w:tcW w:w="5042" w:type="dxa"/>
          </w:tcPr>
          <w:p w14:paraId="4D94CB41" w14:textId="30980E09" w:rsidR="005F292F" w:rsidRPr="00DF3DF4" w:rsidRDefault="00AA2C85" w:rsidP="00156086">
            <w:pPr>
              <w:rPr>
                <w:rFonts w:ascii="Avenir Book" w:hAnsi="Avenir Book"/>
              </w:rPr>
            </w:pPr>
            <w:r w:rsidRPr="00DF3DF4">
              <w:rPr>
                <w:rFonts w:ascii="Avenir Book" w:hAnsi="Avenir Book"/>
                <w:sz w:val="18"/>
              </w:rPr>
              <w:t xml:space="preserve">Stage 2 awards subject to warrant, </w:t>
            </w:r>
            <w:r w:rsidR="00156086" w:rsidRPr="00DF3DF4">
              <w:rPr>
                <w:rFonts w:ascii="Avenir Book" w:hAnsi="Avenir Book"/>
                <w:sz w:val="18"/>
              </w:rPr>
              <w:t>and prices</w:t>
            </w:r>
            <w:r w:rsidRPr="00DF3DF4">
              <w:rPr>
                <w:rFonts w:ascii="Avenir Book" w:hAnsi="Avenir Book"/>
                <w:sz w:val="18"/>
              </w:rPr>
              <w:t>; detailed course/workshop planning.</w:t>
            </w:r>
          </w:p>
        </w:tc>
      </w:tr>
      <w:tr w:rsidR="005F292F" w:rsidRPr="00DF3DF4" w14:paraId="707D6D14" w14:textId="77777777" w:rsidTr="00990247">
        <w:trPr>
          <w:jc w:val="center"/>
        </w:trPr>
        <w:tc>
          <w:tcPr>
            <w:tcW w:w="5040" w:type="dxa"/>
          </w:tcPr>
          <w:p w14:paraId="0580B10A" w14:textId="77777777" w:rsidR="005F292F" w:rsidRPr="00DF3DF4" w:rsidRDefault="00AA2C85">
            <w:pPr>
              <w:rPr>
                <w:rFonts w:ascii="Avenir Book" w:hAnsi="Avenir Book"/>
              </w:rPr>
            </w:pPr>
            <w:r w:rsidRPr="00DF3DF4">
              <w:rPr>
                <w:rFonts w:ascii="Avenir Book" w:hAnsi="Avenir Book"/>
                <w:sz w:val="18"/>
              </w:rPr>
              <w:t>By 30 April 2027</w:t>
            </w:r>
          </w:p>
        </w:tc>
        <w:tc>
          <w:tcPr>
            <w:tcW w:w="5042" w:type="dxa"/>
          </w:tcPr>
          <w:p w14:paraId="35148D4C" w14:textId="77777777" w:rsidR="005F292F" w:rsidRPr="00DF3DF4" w:rsidRDefault="00AA2C85" w:rsidP="00156086">
            <w:pPr>
              <w:rPr>
                <w:rFonts w:ascii="Avenir Book" w:hAnsi="Avenir Book"/>
              </w:rPr>
            </w:pPr>
            <w:r w:rsidRPr="00DF3DF4">
              <w:rPr>
                <w:rFonts w:ascii="Avenir Book" w:hAnsi="Avenir Book"/>
                <w:sz w:val="18"/>
              </w:rPr>
              <w:t>Material permissions and logistics: turf source, timber delivery, stone/test wall, thatching and storage.</w:t>
            </w:r>
          </w:p>
        </w:tc>
      </w:tr>
      <w:tr w:rsidR="005F292F" w:rsidRPr="00DF3DF4" w14:paraId="75B31A5E" w14:textId="77777777" w:rsidTr="00990247">
        <w:trPr>
          <w:jc w:val="center"/>
        </w:trPr>
        <w:tc>
          <w:tcPr>
            <w:tcW w:w="5040" w:type="dxa"/>
          </w:tcPr>
          <w:p w14:paraId="16CE9B9E" w14:textId="77777777" w:rsidR="005F292F" w:rsidRPr="00DF3DF4" w:rsidRDefault="00AA2C85">
            <w:pPr>
              <w:rPr>
                <w:rFonts w:ascii="Avenir Book" w:hAnsi="Avenir Book"/>
              </w:rPr>
            </w:pPr>
            <w:r w:rsidRPr="00DF3DF4">
              <w:rPr>
                <w:rFonts w:ascii="Avenir Book" w:hAnsi="Avenir Book"/>
                <w:sz w:val="18"/>
              </w:rPr>
              <w:t>May-June 2027</w:t>
            </w:r>
          </w:p>
        </w:tc>
        <w:tc>
          <w:tcPr>
            <w:tcW w:w="5042" w:type="dxa"/>
          </w:tcPr>
          <w:p w14:paraId="0F34BFEA" w14:textId="77777777" w:rsidR="005F292F" w:rsidRPr="00DF3DF4" w:rsidRDefault="00AA2C85" w:rsidP="00156086">
            <w:pPr>
              <w:rPr>
                <w:rFonts w:ascii="Avenir Book" w:hAnsi="Avenir Book"/>
              </w:rPr>
            </w:pPr>
            <w:r w:rsidRPr="00DF3DF4">
              <w:rPr>
                <w:rFonts w:ascii="Avenir Book" w:hAnsi="Avenir Book"/>
                <w:sz w:val="18"/>
              </w:rPr>
              <w:t>G</w:t>
            </w:r>
            <w:r w:rsidR="00156086" w:rsidRPr="00DF3DF4">
              <w:rPr>
                <w:rFonts w:ascii="Avenir Book" w:hAnsi="Avenir Book"/>
                <w:sz w:val="18"/>
              </w:rPr>
              <w:t xml:space="preserve">roundworks, welfare/site set-up. </w:t>
            </w:r>
          </w:p>
        </w:tc>
      </w:tr>
      <w:tr w:rsidR="005F292F" w:rsidRPr="00DF3DF4" w14:paraId="3391ED7C" w14:textId="77777777" w:rsidTr="00990247">
        <w:trPr>
          <w:jc w:val="center"/>
        </w:trPr>
        <w:tc>
          <w:tcPr>
            <w:tcW w:w="5040" w:type="dxa"/>
          </w:tcPr>
          <w:p w14:paraId="73078859" w14:textId="77777777" w:rsidR="005F292F" w:rsidRPr="00DF3DF4" w:rsidRDefault="00AA2C85">
            <w:pPr>
              <w:rPr>
                <w:rFonts w:ascii="Avenir Book" w:hAnsi="Avenir Book"/>
              </w:rPr>
            </w:pPr>
            <w:r w:rsidRPr="00DF3DF4">
              <w:rPr>
                <w:rFonts w:ascii="Avenir Book" w:hAnsi="Avenir Book"/>
                <w:sz w:val="18"/>
              </w:rPr>
              <w:t>July 2027</w:t>
            </w:r>
          </w:p>
        </w:tc>
        <w:tc>
          <w:tcPr>
            <w:tcW w:w="5042" w:type="dxa"/>
          </w:tcPr>
          <w:p w14:paraId="0306B672" w14:textId="77777777" w:rsidR="005F292F" w:rsidRPr="00DF3DF4" w:rsidRDefault="00AA2C85">
            <w:pPr>
              <w:rPr>
                <w:rFonts w:ascii="Avenir Book" w:hAnsi="Avenir Book"/>
              </w:rPr>
            </w:pPr>
            <w:r w:rsidRPr="00DF3DF4">
              <w:rPr>
                <w:rFonts w:ascii="Avenir Book" w:hAnsi="Avenir Book"/>
                <w:sz w:val="18"/>
              </w:rPr>
              <w:t>Drystone/stonework p</w:t>
            </w:r>
            <w:r w:rsidR="00156086" w:rsidRPr="00DF3DF4">
              <w:rPr>
                <w:rFonts w:ascii="Avenir Book" w:hAnsi="Avenir Book"/>
                <w:sz w:val="18"/>
              </w:rPr>
              <w:t xml:space="preserve">hase, subject to final sequence (if wall is non-load bearing, it will be built after the timber phase). </w:t>
            </w:r>
          </w:p>
        </w:tc>
      </w:tr>
      <w:tr w:rsidR="005F292F" w:rsidRPr="00DF3DF4" w14:paraId="7802E831" w14:textId="77777777" w:rsidTr="00990247">
        <w:trPr>
          <w:jc w:val="center"/>
        </w:trPr>
        <w:tc>
          <w:tcPr>
            <w:tcW w:w="5040" w:type="dxa"/>
          </w:tcPr>
          <w:p w14:paraId="00507F20" w14:textId="77777777" w:rsidR="005F292F" w:rsidRPr="00DF3DF4" w:rsidRDefault="00AA2C85">
            <w:pPr>
              <w:rPr>
                <w:rFonts w:ascii="Avenir Book" w:hAnsi="Avenir Book"/>
              </w:rPr>
            </w:pPr>
            <w:r w:rsidRPr="00DF3DF4">
              <w:rPr>
                <w:rFonts w:ascii="Avenir Book" w:hAnsi="Avenir Book"/>
                <w:sz w:val="18"/>
              </w:rPr>
              <w:t>August 2027</w:t>
            </w:r>
          </w:p>
        </w:tc>
        <w:tc>
          <w:tcPr>
            <w:tcW w:w="5042" w:type="dxa"/>
          </w:tcPr>
          <w:p w14:paraId="2B29A746" w14:textId="77777777" w:rsidR="005F292F" w:rsidRPr="00DF3DF4" w:rsidRDefault="00AA2C85" w:rsidP="00156086">
            <w:pPr>
              <w:rPr>
                <w:rFonts w:ascii="Avenir Book" w:hAnsi="Avenir Book"/>
              </w:rPr>
            </w:pPr>
            <w:r w:rsidRPr="00DF3DF4">
              <w:rPr>
                <w:rFonts w:ascii="Avenir Book" w:hAnsi="Avenir Book"/>
                <w:sz w:val="18"/>
              </w:rPr>
              <w:t xml:space="preserve">Turf phase and </w:t>
            </w:r>
            <w:r w:rsidR="00156086" w:rsidRPr="00DF3DF4">
              <w:rPr>
                <w:rFonts w:ascii="Avenir Book" w:hAnsi="Avenir Book"/>
                <w:sz w:val="18"/>
              </w:rPr>
              <w:t>timber/greenwood preparation</w:t>
            </w:r>
            <w:r w:rsidRPr="00DF3DF4">
              <w:rPr>
                <w:rFonts w:ascii="Avenir Book" w:hAnsi="Avenir Book"/>
                <w:sz w:val="18"/>
              </w:rPr>
              <w:t>.</w:t>
            </w:r>
          </w:p>
        </w:tc>
      </w:tr>
      <w:tr w:rsidR="005F292F" w:rsidRPr="00DF3DF4" w14:paraId="5BF95322" w14:textId="77777777" w:rsidTr="00990247">
        <w:trPr>
          <w:jc w:val="center"/>
        </w:trPr>
        <w:tc>
          <w:tcPr>
            <w:tcW w:w="5040" w:type="dxa"/>
          </w:tcPr>
          <w:p w14:paraId="22929E22" w14:textId="77777777" w:rsidR="005F292F" w:rsidRPr="00DF3DF4" w:rsidRDefault="00AA2C85">
            <w:pPr>
              <w:rPr>
                <w:rFonts w:ascii="Avenir Book" w:hAnsi="Avenir Book"/>
              </w:rPr>
            </w:pPr>
            <w:r w:rsidRPr="00DF3DF4">
              <w:rPr>
                <w:rFonts w:ascii="Avenir Book" w:hAnsi="Avenir Book"/>
                <w:sz w:val="18"/>
              </w:rPr>
              <w:t>September 2027</w:t>
            </w:r>
          </w:p>
        </w:tc>
        <w:tc>
          <w:tcPr>
            <w:tcW w:w="5042" w:type="dxa"/>
          </w:tcPr>
          <w:p w14:paraId="6DC93B6A" w14:textId="77777777" w:rsidR="005F292F" w:rsidRPr="00DF3DF4" w:rsidRDefault="00AA2C85">
            <w:pPr>
              <w:rPr>
                <w:rFonts w:ascii="Avenir Book" w:hAnsi="Avenir Book"/>
              </w:rPr>
            </w:pPr>
            <w:r w:rsidRPr="00DF3DF4">
              <w:rPr>
                <w:rFonts w:ascii="Avenir Book" w:hAnsi="Avenir Book"/>
                <w:sz w:val="18"/>
              </w:rPr>
              <w:t>Timber/joinery frame assembly.</w:t>
            </w:r>
          </w:p>
        </w:tc>
      </w:tr>
      <w:tr w:rsidR="005F292F" w:rsidRPr="00DF3DF4" w14:paraId="661ACBC9" w14:textId="77777777" w:rsidTr="00990247">
        <w:trPr>
          <w:jc w:val="center"/>
        </w:trPr>
        <w:tc>
          <w:tcPr>
            <w:tcW w:w="5040" w:type="dxa"/>
          </w:tcPr>
          <w:p w14:paraId="06F7227C" w14:textId="77777777" w:rsidR="005F292F" w:rsidRPr="00DF3DF4" w:rsidRDefault="00AA2C85">
            <w:pPr>
              <w:rPr>
                <w:rFonts w:ascii="Avenir Book" w:hAnsi="Avenir Book"/>
              </w:rPr>
            </w:pPr>
            <w:r w:rsidRPr="00DF3DF4">
              <w:rPr>
                <w:rFonts w:ascii="Avenir Book" w:hAnsi="Avenir Book"/>
                <w:sz w:val="18"/>
              </w:rPr>
              <w:t>October 2027</w:t>
            </w:r>
          </w:p>
        </w:tc>
        <w:tc>
          <w:tcPr>
            <w:tcW w:w="5042" w:type="dxa"/>
          </w:tcPr>
          <w:p w14:paraId="51F2AE6F" w14:textId="77777777" w:rsidR="005F292F" w:rsidRPr="00DF3DF4" w:rsidRDefault="00AA2C85" w:rsidP="00156086">
            <w:pPr>
              <w:rPr>
                <w:rFonts w:ascii="Avenir Book" w:hAnsi="Avenir Book"/>
              </w:rPr>
            </w:pPr>
            <w:r w:rsidRPr="00DF3DF4">
              <w:rPr>
                <w:rFonts w:ascii="Avenir Book" w:hAnsi="Avenir Book"/>
                <w:sz w:val="18"/>
              </w:rPr>
              <w:t xml:space="preserve">Heather thatching; </w:t>
            </w:r>
          </w:p>
        </w:tc>
      </w:tr>
      <w:tr w:rsidR="005F292F" w:rsidRPr="00DF3DF4" w14:paraId="6874ABC4" w14:textId="77777777" w:rsidTr="00990247">
        <w:trPr>
          <w:jc w:val="center"/>
        </w:trPr>
        <w:tc>
          <w:tcPr>
            <w:tcW w:w="5040" w:type="dxa"/>
          </w:tcPr>
          <w:p w14:paraId="2D08DAB4" w14:textId="77777777" w:rsidR="005F292F" w:rsidRPr="00DF3DF4" w:rsidRDefault="00AA2C85">
            <w:pPr>
              <w:rPr>
                <w:rFonts w:ascii="Avenir Book" w:hAnsi="Avenir Book"/>
              </w:rPr>
            </w:pPr>
            <w:r w:rsidRPr="00DF3DF4">
              <w:rPr>
                <w:rFonts w:ascii="Avenir Book" w:hAnsi="Avenir Book"/>
                <w:sz w:val="18"/>
              </w:rPr>
              <w:t>November-December 2027</w:t>
            </w:r>
          </w:p>
        </w:tc>
        <w:tc>
          <w:tcPr>
            <w:tcW w:w="5042" w:type="dxa"/>
          </w:tcPr>
          <w:p w14:paraId="47BAE875" w14:textId="69B1BFB0" w:rsidR="005F292F" w:rsidRPr="00DF3DF4" w:rsidRDefault="004439B1">
            <w:pPr>
              <w:rPr>
                <w:rFonts w:ascii="Avenir Book" w:hAnsi="Avenir Book"/>
              </w:rPr>
            </w:pPr>
            <w:r>
              <w:rPr>
                <w:rFonts w:ascii="Avenir Book" w:hAnsi="Avenir Book"/>
                <w:sz w:val="18"/>
              </w:rPr>
              <w:t>E</w:t>
            </w:r>
            <w:r w:rsidR="00AA2C85" w:rsidRPr="00DF3DF4">
              <w:rPr>
                <w:rFonts w:ascii="Avenir Book" w:hAnsi="Avenir Book"/>
                <w:sz w:val="18"/>
              </w:rPr>
              <w:t>xternal works, maintenance manual and handover information.</w:t>
            </w:r>
          </w:p>
        </w:tc>
      </w:tr>
      <w:tr w:rsidR="005F292F" w:rsidRPr="00DF3DF4" w14:paraId="4ABB432C" w14:textId="77777777" w:rsidTr="00990247">
        <w:trPr>
          <w:jc w:val="center"/>
        </w:trPr>
        <w:tc>
          <w:tcPr>
            <w:tcW w:w="5040" w:type="dxa"/>
          </w:tcPr>
          <w:p w14:paraId="5EEE612F" w14:textId="77777777" w:rsidR="005F292F" w:rsidRPr="00DF3DF4" w:rsidRDefault="00AA2C85">
            <w:pPr>
              <w:rPr>
                <w:rFonts w:ascii="Avenir Book" w:hAnsi="Avenir Book"/>
              </w:rPr>
            </w:pPr>
            <w:r w:rsidRPr="00DF3DF4">
              <w:rPr>
                <w:rFonts w:ascii="Avenir Book" w:hAnsi="Avenir Book"/>
                <w:sz w:val="18"/>
              </w:rPr>
              <w:t>February 2028</w:t>
            </w:r>
          </w:p>
        </w:tc>
        <w:tc>
          <w:tcPr>
            <w:tcW w:w="5042" w:type="dxa"/>
          </w:tcPr>
          <w:p w14:paraId="7A131FE3" w14:textId="77777777" w:rsidR="005F292F" w:rsidRPr="00DF3DF4" w:rsidRDefault="00AA2C85">
            <w:pPr>
              <w:rPr>
                <w:rFonts w:ascii="Avenir Book" w:hAnsi="Avenir Book"/>
              </w:rPr>
            </w:pPr>
            <w:r w:rsidRPr="00DF3DF4">
              <w:rPr>
                <w:rFonts w:ascii="Avenir Book" w:hAnsi="Avenir Book"/>
                <w:sz w:val="18"/>
              </w:rPr>
              <w:t>Current working opening/project completion point.</w:t>
            </w:r>
          </w:p>
        </w:tc>
      </w:tr>
    </w:tbl>
    <w:p w14:paraId="0D6C64EC" w14:textId="77777777" w:rsidR="008D757F" w:rsidRDefault="008D757F" w:rsidP="008D757F">
      <w:pPr>
        <w:spacing w:after="80" w:line="240" w:lineRule="auto"/>
        <w:rPr>
          <w:rFonts w:ascii="Avenir Book" w:hAnsi="Avenir Book"/>
        </w:rPr>
      </w:pPr>
    </w:p>
    <w:p w14:paraId="34255965" w14:textId="5E9074C9" w:rsidR="008D757F" w:rsidRPr="008D757F" w:rsidRDefault="008D757F" w:rsidP="008D757F">
      <w:pPr>
        <w:spacing w:after="80" w:line="240" w:lineRule="auto"/>
        <w:rPr>
          <w:rFonts w:ascii="Avenir Book" w:hAnsi="Avenir Book"/>
        </w:rPr>
      </w:pPr>
      <w:r w:rsidRPr="008D757F">
        <w:rPr>
          <w:rFonts w:ascii="Avenir Book" w:hAnsi="Avenir Book"/>
        </w:rPr>
        <w:t>Tenderers should confirm their availability for the following possible two-day slots</w:t>
      </w:r>
      <w:r>
        <w:rPr>
          <w:rFonts w:ascii="Avenir Book" w:hAnsi="Avenir Book"/>
        </w:rPr>
        <w:t xml:space="preserve"> for the site meeting</w:t>
      </w:r>
      <w:r w:rsidRPr="008D757F">
        <w:rPr>
          <w:rFonts w:ascii="Avenir Book" w:hAnsi="Avenir Book"/>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0"/>
        <w:gridCol w:w="2201"/>
        <w:gridCol w:w="81"/>
      </w:tblGrid>
      <w:tr w:rsidR="008D757F" w:rsidRPr="008D757F" w14:paraId="5AE47A18" w14:textId="77777777" w:rsidTr="008D757F">
        <w:trPr>
          <w:tblHeader/>
          <w:tblCellSpacing w:w="15" w:type="dxa"/>
        </w:trPr>
        <w:tc>
          <w:tcPr>
            <w:tcW w:w="0" w:type="auto"/>
            <w:vAlign w:val="center"/>
            <w:hideMark/>
          </w:tcPr>
          <w:p w14:paraId="17E34253" w14:textId="77777777" w:rsidR="008D757F" w:rsidRPr="008D757F" w:rsidRDefault="008D757F" w:rsidP="008D757F">
            <w:pPr>
              <w:spacing w:after="80" w:line="240" w:lineRule="auto"/>
              <w:rPr>
                <w:rFonts w:ascii="Avenir Book" w:hAnsi="Avenir Book"/>
              </w:rPr>
            </w:pPr>
            <w:r w:rsidRPr="008D757F">
              <w:rPr>
                <w:rFonts w:ascii="Avenir Book" w:hAnsi="Avenir Book"/>
              </w:rPr>
              <w:t>Possible Stage 1 meeting slot</w:t>
            </w:r>
          </w:p>
        </w:tc>
        <w:tc>
          <w:tcPr>
            <w:tcW w:w="0" w:type="auto"/>
            <w:vAlign w:val="center"/>
            <w:hideMark/>
          </w:tcPr>
          <w:p w14:paraId="04741A56" w14:textId="77777777" w:rsidR="008D757F" w:rsidRPr="008D757F" w:rsidRDefault="008D757F" w:rsidP="008D757F">
            <w:pPr>
              <w:spacing w:after="80" w:line="240" w:lineRule="auto"/>
              <w:rPr>
                <w:rFonts w:ascii="Avenir Book" w:hAnsi="Avenir Book"/>
              </w:rPr>
            </w:pPr>
            <w:r w:rsidRPr="008D757F">
              <w:rPr>
                <w:rFonts w:ascii="Avenir Book" w:hAnsi="Avenir Book"/>
              </w:rPr>
              <w:t>Availa</w:t>
            </w:r>
            <w:bookmarkStart w:id="0" w:name="_GoBack"/>
            <w:bookmarkEnd w:id="0"/>
            <w:r w:rsidRPr="008D757F">
              <w:rPr>
                <w:rFonts w:ascii="Avenir Book" w:hAnsi="Avenir Book"/>
              </w:rPr>
              <w:t>ble / not available</w:t>
            </w:r>
          </w:p>
        </w:tc>
        <w:tc>
          <w:tcPr>
            <w:tcW w:w="0" w:type="auto"/>
            <w:vAlign w:val="center"/>
            <w:hideMark/>
          </w:tcPr>
          <w:p w14:paraId="752300D9" w14:textId="7CBB55CF" w:rsidR="008D757F" w:rsidRPr="008D757F" w:rsidRDefault="008D757F" w:rsidP="008D757F">
            <w:pPr>
              <w:spacing w:after="80" w:line="240" w:lineRule="auto"/>
              <w:rPr>
                <w:rFonts w:ascii="Avenir Book" w:hAnsi="Avenir Book"/>
              </w:rPr>
            </w:pPr>
          </w:p>
        </w:tc>
      </w:tr>
      <w:tr w:rsidR="00AC3AB0" w:rsidRPr="00AC3AB0" w14:paraId="2EE1E22F" w14:textId="77777777" w:rsidTr="00AC3AB0">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3A0DCBBA" w14:textId="551FCEF9" w:rsidR="00AC3AB0" w:rsidRPr="00AC3AB0" w:rsidRDefault="00AC3AB0" w:rsidP="00AC3AB0">
            <w:pPr>
              <w:spacing w:after="0" w:line="240" w:lineRule="auto"/>
              <w:rPr>
                <w:rFonts w:ascii="Avenir Book" w:hAnsi="Avenir Book"/>
              </w:rPr>
            </w:pPr>
            <w:r w:rsidRPr="00AC3AB0">
              <w:rPr>
                <w:rFonts w:ascii="Avenir Book" w:hAnsi="Avenir Book"/>
              </w:rPr>
              <w:t xml:space="preserve">Mon 31 </w:t>
            </w:r>
            <w:proofErr w:type="spellStart"/>
            <w:r w:rsidRPr="00AC3AB0">
              <w:rPr>
                <w:rFonts w:ascii="Avenir Book" w:hAnsi="Avenir Book"/>
              </w:rPr>
              <w:t>Aug</w:t>
            </w:r>
            <w:proofErr w:type="spellEnd"/>
            <w:r w:rsidRPr="00AC3AB0">
              <w:rPr>
                <w:rFonts w:ascii="Avenir Book" w:hAnsi="Avenir Book"/>
              </w:rPr>
              <w:t xml:space="preserve"> – Tue 1 Sept 2026 </w:t>
            </w:r>
          </w:p>
        </w:tc>
        <w:tc>
          <w:tcPr>
            <w:tcW w:w="0" w:type="auto"/>
            <w:tcBorders>
              <w:top w:val="single" w:sz="4" w:space="0" w:color="auto"/>
              <w:left w:val="single" w:sz="4" w:space="0" w:color="auto"/>
              <w:bottom w:val="single" w:sz="4" w:space="0" w:color="auto"/>
              <w:right w:val="single" w:sz="4" w:space="0" w:color="auto"/>
            </w:tcBorders>
            <w:vAlign w:val="center"/>
          </w:tcPr>
          <w:p w14:paraId="3E4D696D" w14:textId="77777777" w:rsidR="00AC3AB0" w:rsidRPr="00AC3AB0" w:rsidRDefault="00AC3AB0" w:rsidP="00AC3AB0">
            <w:pPr>
              <w:spacing w:after="0" w:line="240" w:lineRule="auto"/>
              <w:rPr>
                <w:rFonts w:ascii="Avenir Book" w:hAnsi="Avenir Book"/>
              </w:rPr>
            </w:pPr>
          </w:p>
        </w:tc>
        <w:tc>
          <w:tcPr>
            <w:tcW w:w="0" w:type="auto"/>
            <w:vAlign w:val="center"/>
          </w:tcPr>
          <w:p w14:paraId="3AD23FAF" w14:textId="77777777" w:rsidR="00AC3AB0" w:rsidRPr="00AC3AB0" w:rsidRDefault="00AC3AB0" w:rsidP="008D757F">
            <w:pPr>
              <w:spacing w:after="80" w:line="240" w:lineRule="auto"/>
              <w:rPr>
                <w:rFonts w:ascii="Avenir Book" w:hAnsi="Avenir Book"/>
                <w:lang w:val="fr-FR"/>
              </w:rPr>
            </w:pPr>
          </w:p>
        </w:tc>
      </w:tr>
      <w:tr w:rsidR="00AC3AB0" w:rsidRPr="00AC3AB0" w14:paraId="7C7A4D41" w14:textId="77777777" w:rsidTr="00AC3AB0">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3056317C" w14:textId="3489FA7F" w:rsidR="00AC3AB0" w:rsidRPr="00AC3AB0" w:rsidRDefault="00AC3AB0" w:rsidP="00AC3AB0">
            <w:pPr>
              <w:spacing w:after="0" w:line="240" w:lineRule="auto"/>
              <w:rPr>
                <w:rFonts w:ascii="Avenir Book" w:hAnsi="Avenir Book"/>
              </w:rPr>
            </w:pPr>
            <w:r w:rsidRPr="00AC3AB0">
              <w:rPr>
                <w:rFonts w:ascii="Avenir Book" w:hAnsi="Avenir Book"/>
              </w:rPr>
              <w:t>Mon 7 – Tue 8 Sept 2026</w:t>
            </w:r>
          </w:p>
        </w:tc>
        <w:tc>
          <w:tcPr>
            <w:tcW w:w="0" w:type="auto"/>
            <w:tcBorders>
              <w:top w:val="single" w:sz="4" w:space="0" w:color="auto"/>
              <w:left w:val="single" w:sz="4" w:space="0" w:color="auto"/>
              <w:bottom w:val="single" w:sz="4" w:space="0" w:color="auto"/>
              <w:right w:val="single" w:sz="4" w:space="0" w:color="auto"/>
            </w:tcBorders>
            <w:vAlign w:val="center"/>
          </w:tcPr>
          <w:p w14:paraId="75B53A76" w14:textId="77777777" w:rsidR="00AC3AB0" w:rsidRPr="00AC3AB0" w:rsidRDefault="00AC3AB0" w:rsidP="00AC3AB0">
            <w:pPr>
              <w:spacing w:after="0" w:line="240" w:lineRule="auto"/>
              <w:rPr>
                <w:rFonts w:ascii="Avenir Book" w:hAnsi="Avenir Book"/>
              </w:rPr>
            </w:pPr>
          </w:p>
        </w:tc>
        <w:tc>
          <w:tcPr>
            <w:tcW w:w="0" w:type="auto"/>
            <w:vAlign w:val="center"/>
          </w:tcPr>
          <w:p w14:paraId="4490A798" w14:textId="77777777" w:rsidR="00AC3AB0" w:rsidRPr="00AC3AB0" w:rsidRDefault="00AC3AB0" w:rsidP="008D757F">
            <w:pPr>
              <w:spacing w:after="80" w:line="240" w:lineRule="auto"/>
              <w:rPr>
                <w:rFonts w:ascii="Avenir Book" w:hAnsi="Avenir Book"/>
                <w:lang w:val="fr-FR"/>
              </w:rPr>
            </w:pPr>
          </w:p>
        </w:tc>
      </w:tr>
      <w:tr w:rsidR="00AC3AB0" w:rsidRPr="00AC3AB0" w14:paraId="3F9D8C76" w14:textId="77777777" w:rsidTr="00AC3AB0">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79B9A249" w14:textId="65CA4096" w:rsidR="00AC3AB0" w:rsidRPr="00AC3AB0" w:rsidRDefault="00AC3AB0" w:rsidP="00AC3AB0">
            <w:pPr>
              <w:spacing w:after="0" w:line="240" w:lineRule="auto"/>
              <w:rPr>
                <w:rFonts w:ascii="Avenir Book" w:hAnsi="Avenir Book"/>
              </w:rPr>
            </w:pPr>
            <w:r>
              <w:rPr>
                <w:rFonts w:ascii="Avenir Book" w:hAnsi="Avenir Book"/>
              </w:rPr>
              <w:t>Tue 8 – Wed 9 Sept</w:t>
            </w:r>
            <w:r w:rsidRPr="008D757F">
              <w:rPr>
                <w:rFonts w:ascii="Avenir Book" w:hAnsi="Avenir Book"/>
              </w:rPr>
              <w:t xml:space="preserve"> 2026</w:t>
            </w:r>
          </w:p>
        </w:tc>
        <w:tc>
          <w:tcPr>
            <w:tcW w:w="0" w:type="auto"/>
            <w:tcBorders>
              <w:top w:val="single" w:sz="4" w:space="0" w:color="auto"/>
              <w:left w:val="single" w:sz="4" w:space="0" w:color="auto"/>
              <w:bottom w:val="single" w:sz="4" w:space="0" w:color="auto"/>
              <w:right w:val="single" w:sz="4" w:space="0" w:color="auto"/>
            </w:tcBorders>
            <w:vAlign w:val="center"/>
          </w:tcPr>
          <w:p w14:paraId="6193BD62" w14:textId="77777777" w:rsidR="00AC3AB0" w:rsidRPr="00AC3AB0" w:rsidRDefault="00AC3AB0" w:rsidP="00AC3AB0">
            <w:pPr>
              <w:spacing w:after="0" w:line="240" w:lineRule="auto"/>
              <w:rPr>
                <w:rFonts w:ascii="Avenir Book" w:hAnsi="Avenir Book"/>
              </w:rPr>
            </w:pPr>
          </w:p>
        </w:tc>
        <w:tc>
          <w:tcPr>
            <w:tcW w:w="0" w:type="auto"/>
            <w:vAlign w:val="center"/>
          </w:tcPr>
          <w:p w14:paraId="7BD543F8" w14:textId="77777777" w:rsidR="00AC3AB0" w:rsidRPr="00AC3AB0" w:rsidRDefault="00AC3AB0" w:rsidP="008D757F">
            <w:pPr>
              <w:spacing w:after="80" w:line="240" w:lineRule="auto"/>
              <w:rPr>
                <w:rFonts w:ascii="Avenir Book" w:hAnsi="Avenir Book"/>
                <w:lang w:val="fr-FR"/>
              </w:rPr>
            </w:pPr>
          </w:p>
        </w:tc>
      </w:tr>
      <w:tr w:rsidR="008D757F" w:rsidRPr="008D757F" w14:paraId="086550AE" w14:textId="77777777" w:rsidTr="00AC3AB0">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460D493C" w14:textId="12EC3AFC" w:rsidR="008D757F" w:rsidRPr="008D757F" w:rsidRDefault="008D757F" w:rsidP="00AC3AB0">
            <w:pPr>
              <w:spacing w:after="0" w:line="240" w:lineRule="auto"/>
              <w:rPr>
                <w:rFonts w:ascii="Avenir Book" w:hAnsi="Avenir Book"/>
              </w:rPr>
            </w:pPr>
            <w:r>
              <w:rPr>
                <w:rFonts w:ascii="Avenir Book" w:hAnsi="Avenir Book"/>
              </w:rPr>
              <w:t>Wed 9</w:t>
            </w:r>
            <w:r w:rsidRPr="008D757F">
              <w:rPr>
                <w:rFonts w:ascii="Avenir Book" w:hAnsi="Avenir Book"/>
              </w:rPr>
              <w:t xml:space="preserve"> – Thu </w:t>
            </w:r>
            <w:r>
              <w:rPr>
                <w:rFonts w:ascii="Avenir Book" w:hAnsi="Avenir Book"/>
              </w:rPr>
              <w:t>10 Sept</w:t>
            </w:r>
            <w:r w:rsidRPr="008D757F">
              <w:rPr>
                <w:rFonts w:ascii="Avenir Book" w:hAnsi="Avenir Book"/>
              </w:rPr>
              <w:t xml:space="preserve"> 2026</w:t>
            </w:r>
          </w:p>
        </w:tc>
        <w:tc>
          <w:tcPr>
            <w:tcW w:w="0" w:type="auto"/>
            <w:tcBorders>
              <w:top w:val="single" w:sz="4" w:space="0" w:color="auto"/>
              <w:left w:val="single" w:sz="4" w:space="0" w:color="auto"/>
              <w:bottom w:val="single" w:sz="4" w:space="0" w:color="auto"/>
              <w:right w:val="single" w:sz="4" w:space="0" w:color="auto"/>
            </w:tcBorders>
            <w:vAlign w:val="center"/>
            <w:hideMark/>
          </w:tcPr>
          <w:p w14:paraId="06BF6C86" w14:textId="77777777" w:rsidR="008D757F" w:rsidRPr="008D757F" w:rsidRDefault="008D757F" w:rsidP="00AC3AB0">
            <w:pPr>
              <w:spacing w:after="0" w:line="240" w:lineRule="auto"/>
              <w:rPr>
                <w:rFonts w:ascii="Avenir Book" w:hAnsi="Avenir Book"/>
              </w:rPr>
            </w:pPr>
          </w:p>
        </w:tc>
        <w:tc>
          <w:tcPr>
            <w:tcW w:w="0" w:type="auto"/>
            <w:vAlign w:val="center"/>
            <w:hideMark/>
          </w:tcPr>
          <w:p w14:paraId="78B30F77" w14:textId="77777777" w:rsidR="008D757F" w:rsidRPr="008D757F" w:rsidRDefault="008D757F" w:rsidP="008D757F">
            <w:pPr>
              <w:spacing w:after="80" w:line="240" w:lineRule="auto"/>
              <w:rPr>
                <w:rFonts w:ascii="Avenir Book" w:hAnsi="Avenir Book"/>
              </w:rPr>
            </w:pPr>
          </w:p>
        </w:tc>
      </w:tr>
      <w:tr w:rsidR="008D757F" w:rsidRPr="008D757F" w14:paraId="44F1F51C" w14:textId="77777777" w:rsidTr="00AC3AB0">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31D4CDD9" w14:textId="10AB564B" w:rsidR="008D757F" w:rsidRPr="008D757F" w:rsidRDefault="00AC3AB0" w:rsidP="00AC3AB0">
            <w:pPr>
              <w:spacing w:after="0" w:line="240" w:lineRule="auto"/>
              <w:rPr>
                <w:rFonts w:ascii="Avenir Book" w:hAnsi="Avenir Book"/>
              </w:rPr>
            </w:pPr>
            <w:r>
              <w:rPr>
                <w:rFonts w:ascii="Avenir Book" w:hAnsi="Avenir Book"/>
              </w:rPr>
              <w:t>Thu 10 – Fri 11 Sept</w:t>
            </w:r>
            <w:r w:rsidR="008D757F" w:rsidRPr="008D757F">
              <w:rPr>
                <w:rFonts w:ascii="Avenir Book" w:hAnsi="Avenir Book"/>
              </w:rPr>
              <w:t xml:space="preserve"> 2026</w:t>
            </w:r>
          </w:p>
        </w:tc>
        <w:tc>
          <w:tcPr>
            <w:tcW w:w="0" w:type="auto"/>
            <w:tcBorders>
              <w:top w:val="single" w:sz="4" w:space="0" w:color="auto"/>
              <w:left w:val="single" w:sz="4" w:space="0" w:color="auto"/>
              <w:bottom w:val="single" w:sz="4" w:space="0" w:color="auto"/>
              <w:right w:val="single" w:sz="4" w:space="0" w:color="auto"/>
            </w:tcBorders>
            <w:vAlign w:val="center"/>
            <w:hideMark/>
          </w:tcPr>
          <w:p w14:paraId="4BE9BEDF" w14:textId="77777777" w:rsidR="008D757F" w:rsidRPr="008D757F" w:rsidRDefault="008D757F" w:rsidP="00AC3AB0">
            <w:pPr>
              <w:spacing w:after="0" w:line="240" w:lineRule="auto"/>
              <w:rPr>
                <w:rFonts w:ascii="Avenir Book" w:hAnsi="Avenir Book"/>
              </w:rPr>
            </w:pPr>
          </w:p>
        </w:tc>
        <w:tc>
          <w:tcPr>
            <w:tcW w:w="0" w:type="auto"/>
            <w:vAlign w:val="center"/>
            <w:hideMark/>
          </w:tcPr>
          <w:p w14:paraId="614C3DF6" w14:textId="77777777" w:rsidR="008D757F" w:rsidRPr="008D757F" w:rsidRDefault="008D757F" w:rsidP="008D757F">
            <w:pPr>
              <w:spacing w:after="80" w:line="240" w:lineRule="auto"/>
              <w:rPr>
                <w:rFonts w:ascii="Avenir Book" w:hAnsi="Avenir Book"/>
              </w:rPr>
            </w:pPr>
          </w:p>
        </w:tc>
      </w:tr>
    </w:tbl>
    <w:p w14:paraId="0D0CC4A1" w14:textId="181A444E" w:rsidR="005F292F" w:rsidRPr="00DF3DF4" w:rsidRDefault="00AA2C85">
      <w:pPr>
        <w:pStyle w:val="Heading1"/>
        <w:spacing w:after="80" w:line="240" w:lineRule="auto"/>
        <w:rPr>
          <w:rFonts w:ascii="Avenir Book" w:hAnsi="Avenir Book"/>
        </w:rPr>
      </w:pPr>
      <w:r w:rsidRPr="00DF3DF4">
        <w:rPr>
          <w:rFonts w:ascii="Avenir Book" w:hAnsi="Avenir Book"/>
        </w:rPr>
        <w:t>8. Site, safety, insurance and compliance</w:t>
      </w:r>
    </w:p>
    <w:p w14:paraId="3DE01F91" w14:textId="77777777" w:rsidR="005F292F" w:rsidRPr="00DF3DF4" w:rsidRDefault="00AA2C85">
      <w:pPr>
        <w:pStyle w:val="ListBullet"/>
        <w:spacing w:after="80" w:line="240" w:lineRule="auto"/>
        <w:rPr>
          <w:rFonts w:ascii="Avenir Book" w:hAnsi="Avenir Book"/>
        </w:rPr>
      </w:pPr>
      <w:r w:rsidRPr="00DF3DF4">
        <w:rPr>
          <w:rFonts w:ascii="Avenir Book" w:hAnsi="Avenir Book"/>
        </w:rPr>
        <w:t>The site is within the Museum’s Outdoor Museum. It is restricted, visitor-facing and may remain partly open during works. Large volunteer numbers cannot be accommodated every day.</w:t>
      </w:r>
    </w:p>
    <w:p w14:paraId="5A27D7AA" w14:textId="77777777" w:rsidR="005F292F" w:rsidRPr="00DF3DF4" w:rsidRDefault="00AA2C85">
      <w:pPr>
        <w:pStyle w:val="ListBullet"/>
        <w:spacing w:after="80" w:line="240" w:lineRule="auto"/>
        <w:rPr>
          <w:rFonts w:ascii="Avenir Book" w:hAnsi="Avenir Book"/>
        </w:rPr>
      </w:pPr>
      <w:r w:rsidRPr="00DF3DF4">
        <w:rPr>
          <w:rFonts w:ascii="Avenir Book" w:hAnsi="Avenir Book"/>
        </w:rPr>
        <w:t>Craftspeople must work within agreed site capacity, public access arrangements, CDM requirements, safeguarding procedures and Museum risk assessments.</w:t>
      </w:r>
    </w:p>
    <w:p w14:paraId="4589745E" w14:textId="77777777" w:rsidR="005F292F" w:rsidRPr="00DF3DF4" w:rsidRDefault="00AA2C85">
      <w:pPr>
        <w:pStyle w:val="ListBullet"/>
        <w:spacing w:after="80" w:line="240" w:lineRule="auto"/>
        <w:rPr>
          <w:rFonts w:ascii="Avenir Book" w:hAnsi="Avenir Book"/>
        </w:rPr>
      </w:pPr>
      <w:r w:rsidRPr="00DF3DF4">
        <w:rPr>
          <w:rFonts w:ascii="Avenir Book" w:hAnsi="Avenir Book"/>
        </w:rPr>
        <w:t>Stage 2 will require suitable risk assessments, method statements, insurance evidence and site induction. PVG checks will be required where work involves children or young people.</w:t>
      </w:r>
    </w:p>
    <w:p w14:paraId="45420B4C" w14:textId="77777777" w:rsidR="005F292F" w:rsidRPr="00DF3DF4" w:rsidRDefault="00AA2C85">
      <w:pPr>
        <w:pStyle w:val="ListBullet"/>
        <w:spacing w:after="80" w:line="240" w:lineRule="auto"/>
        <w:rPr>
          <w:rFonts w:ascii="Avenir Book" w:hAnsi="Avenir Book"/>
        </w:rPr>
      </w:pPr>
      <w:r w:rsidRPr="00DF3DF4">
        <w:rPr>
          <w:rFonts w:ascii="Avenir Book" w:hAnsi="Avenir Book"/>
        </w:rPr>
        <w:t>Tenderers should confirm current or proposed public liability, employer’s liability where applicable, and professional indemnity where applicable.</w:t>
      </w:r>
    </w:p>
    <w:p w14:paraId="11B83196" w14:textId="77777777" w:rsidR="005F292F" w:rsidRPr="00DF3DF4" w:rsidRDefault="00AA2C85">
      <w:pPr>
        <w:pStyle w:val="ListBullet"/>
        <w:spacing w:after="80" w:line="240" w:lineRule="auto"/>
        <w:rPr>
          <w:rFonts w:ascii="Avenir Book" w:hAnsi="Avenir Book"/>
        </w:rPr>
      </w:pPr>
      <w:r w:rsidRPr="00DF3DF4">
        <w:rPr>
          <w:rFonts w:ascii="Avenir Book" w:hAnsi="Avenir Book"/>
        </w:rPr>
        <w:t>Traditional materials may need long lead-in times. Tenderers should identify critical sourcing dates, storage needs and weather/material risks.</w:t>
      </w:r>
    </w:p>
    <w:p w14:paraId="62530C33" w14:textId="2E24FB0A" w:rsidR="005F292F" w:rsidRPr="00DF3DF4" w:rsidRDefault="00AA2C85">
      <w:pPr>
        <w:pStyle w:val="ListBullet"/>
        <w:spacing w:after="80" w:line="240" w:lineRule="auto"/>
        <w:rPr>
          <w:rFonts w:ascii="Avenir Book" w:hAnsi="Avenir Book"/>
        </w:rPr>
      </w:pPr>
      <w:r w:rsidRPr="00DF3DF4">
        <w:rPr>
          <w:rFonts w:ascii="Avenir Book" w:hAnsi="Avenir Book"/>
        </w:rPr>
        <w:t>The Museum must be able to use project documentation for education, maintenance, reporting, interpretation</w:t>
      </w:r>
      <w:r w:rsidR="00CB68DC">
        <w:rPr>
          <w:rFonts w:ascii="Avenir Book" w:hAnsi="Avenir Book"/>
        </w:rPr>
        <w:t>, social media</w:t>
      </w:r>
      <w:r w:rsidRPr="00DF3DF4">
        <w:rPr>
          <w:rFonts w:ascii="Avenir Book" w:hAnsi="Avenir Book"/>
        </w:rPr>
        <w:t xml:space="preserve"> and public access. Tenderers will be asked to grant </w:t>
      </w:r>
      <w:proofErr w:type="spellStart"/>
      <w:r w:rsidRPr="00DF3DF4">
        <w:rPr>
          <w:rFonts w:ascii="Avenir Book" w:hAnsi="Avenir Book"/>
        </w:rPr>
        <w:t>Gairloch</w:t>
      </w:r>
      <w:proofErr w:type="spellEnd"/>
      <w:r w:rsidRPr="00DF3DF4">
        <w:rPr>
          <w:rFonts w:ascii="Avenir Book" w:hAnsi="Avenir Book"/>
        </w:rPr>
        <w:t xml:space="preserve"> Museum a perpetual, royalty-free </w:t>
      </w:r>
      <w:proofErr w:type="spellStart"/>
      <w:r w:rsidRPr="00DF3DF4">
        <w:rPr>
          <w:rFonts w:ascii="Avenir Book" w:hAnsi="Avenir Book"/>
        </w:rPr>
        <w:t>licence</w:t>
      </w:r>
      <w:proofErr w:type="spellEnd"/>
      <w:r w:rsidRPr="00DF3DF4">
        <w:rPr>
          <w:rFonts w:ascii="Avenir Book" w:hAnsi="Avenir Book"/>
        </w:rPr>
        <w:t xml:space="preserve"> to use commissioned written notes, method statements, diagrams, photographs or similar project material.</w:t>
      </w:r>
    </w:p>
    <w:p w14:paraId="2707F006" w14:textId="77777777" w:rsidR="00FB2983" w:rsidRPr="00DF3DF4" w:rsidRDefault="00FB2983" w:rsidP="00FB2983">
      <w:pPr>
        <w:pStyle w:val="ListBullet"/>
        <w:spacing w:after="80" w:line="240" w:lineRule="auto"/>
        <w:rPr>
          <w:rFonts w:ascii="Avenir Book" w:hAnsi="Avenir Book"/>
        </w:rPr>
      </w:pPr>
      <w:r w:rsidRPr="00DF3DF4">
        <w:rPr>
          <w:rFonts w:ascii="Avenir Book" w:hAnsi="Avenir Book"/>
        </w:rPr>
        <w:lastRenderedPageBreak/>
        <w:t>Craftspeople will</w:t>
      </w:r>
      <w:r w:rsidR="00AA2C85" w:rsidRPr="00DF3DF4">
        <w:rPr>
          <w:rFonts w:ascii="Avenir Book" w:hAnsi="Avenir Book"/>
        </w:rPr>
        <w:t xml:space="preserve"> be asked to take part in short filmed interviews, time-lapse documentation, photography and/or audio recording. The Museum will manage consent and crediting; tenderers should identify any restrictions.</w:t>
      </w:r>
    </w:p>
    <w:p w14:paraId="768FD471" w14:textId="77777777" w:rsidR="005F292F" w:rsidRPr="00DF3DF4" w:rsidRDefault="00AA2C85">
      <w:pPr>
        <w:pStyle w:val="Heading1"/>
        <w:spacing w:after="80" w:line="240" w:lineRule="auto"/>
        <w:rPr>
          <w:rFonts w:ascii="Avenir Book" w:hAnsi="Avenir Book"/>
        </w:rPr>
      </w:pPr>
      <w:r w:rsidRPr="00DF3DF4">
        <w:rPr>
          <w:rFonts w:ascii="Avenir Book" w:hAnsi="Avenir Book"/>
        </w:rPr>
        <w:t>9. Tender response requirements</w:t>
      </w:r>
    </w:p>
    <w:p w14:paraId="06D5F116" w14:textId="77777777" w:rsidR="005F292F" w:rsidRPr="00DF3DF4" w:rsidRDefault="00AA2C85">
      <w:pPr>
        <w:spacing w:after="80" w:line="240" w:lineRule="auto"/>
        <w:rPr>
          <w:rFonts w:ascii="Avenir Book" w:hAnsi="Avenir Book"/>
        </w:rPr>
      </w:pPr>
      <w:r w:rsidRPr="00DF3DF4">
        <w:rPr>
          <w:rFonts w:ascii="Avenir Book" w:hAnsi="Avenir Book"/>
        </w:rPr>
        <w:t>Please s</w:t>
      </w:r>
      <w:r w:rsidR="00FB2983" w:rsidRPr="00DF3DF4">
        <w:rPr>
          <w:rFonts w:ascii="Avenir Book" w:hAnsi="Avenir Book"/>
        </w:rPr>
        <w:t>ubmit the following information</w:t>
      </w:r>
      <w:r w:rsidRPr="00DF3DF4">
        <w:rPr>
          <w:rFonts w:ascii="Avenir Book" w:hAnsi="Avenir Book"/>
        </w:rPr>
        <w:t>:</w:t>
      </w:r>
    </w:p>
    <w:p w14:paraId="588E7A2F" w14:textId="77777777" w:rsidR="005F292F" w:rsidRPr="00DF3DF4" w:rsidRDefault="00AA2C85">
      <w:pPr>
        <w:pStyle w:val="ListNumber"/>
        <w:spacing w:after="80" w:line="240" w:lineRule="auto"/>
        <w:rPr>
          <w:rFonts w:ascii="Avenir Book" w:hAnsi="Avenir Book"/>
        </w:rPr>
      </w:pPr>
      <w:r w:rsidRPr="00DF3DF4">
        <w:rPr>
          <w:rFonts w:ascii="Avenir Book" w:hAnsi="Avenir Book"/>
        </w:rPr>
        <w:t>Relevant CVs or short biographies for the lead craftsperson and proposed assistants.</w:t>
      </w:r>
    </w:p>
    <w:p w14:paraId="6CF248D2" w14:textId="77777777" w:rsidR="00E63B21" w:rsidRPr="00DF3DF4" w:rsidRDefault="00AA2C85">
      <w:pPr>
        <w:pStyle w:val="ListNumber"/>
        <w:spacing w:after="80" w:line="240" w:lineRule="auto"/>
        <w:rPr>
          <w:rFonts w:ascii="Avenir Book" w:hAnsi="Avenir Book"/>
        </w:rPr>
      </w:pPr>
      <w:r w:rsidRPr="00DF3DF4">
        <w:rPr>
          <w:rFonts w:ascii="Avenir Book" w:hAnsi="Avenir Book"/>
        </w:rPr>
        <w:t xml:space="preserve">Examples of similar traditional building, </w:t>
      </w:r>
      <w:r w:rsidR="00E63B21" w:rsidRPr="00DF3DF4">
        <w:rPr>
          <w:rFonts w:ascii="Avenir Book" w:hAnsi="Avenir Book"/>
        </w:rPr>
        <w:t xml:space="preserve">or </w:t>
      </w:r>
      <w:r w:rsidRPr="00DF3DF4">
        <w:rPr>
          <w:rFonts w:ascii="Avenir Book" w:hAnsi="Avenir Book"/>
        </w:rPr>
        <w:t>heritage re</w:t>
      </w:r>
      <w:r w:rsidR="00E63B21" w:rsidRPr="00DF3DF4">
        <w:rPr>
          <w:rFonts w:ascii="Avenir Book" w:hAnsi="Avenir Book"/>
        </w:rPr>
        <w:t xml:space="preserve">construction (if not contained in CV). </w:t>
      </w:r>
    </w:p>
    <w:p w14:paraId="25E081C6" w14:textId="77777777" w:rsidR="005F292F" w:rsidRPr="00DF3DF4" w:rsidRDefault="00E63B21">
      <w:pPr>
        <w:pStyle w:val="ListNumber"/>
        <w:spacing w:after="80" w:line="240" w:lineRule="auto"/>
        <w:rPr>
          <w:rFonts w:ascii="Avenir Book" w:hAnsi="Avenir Book"/>
        </w:rPr>
      </w:pPr>
      <w:r w:rsidRPr="00DF3DF4">
        <w:rPr>
          <w:rFonts w:ascii="Avenir Book" w:hAnsi="Avenir Book"/>
        </w:rPr>
        <w:t xml:space="preserve">Examples of </w:t>
      </w:r>
      <w:r w:rsidR="00AA2C85" w:rsidRPr="00DF3DF4">
        <w:rPr>
          <w:rFonts w:ascii="Avenir Book" w:hAnsi="Avenir Book"/>
        </w:rPr>
        <w:t>training, public enga</w:t>
      </w:r>
      <w:r w:rsidRPr="00DF3DF4">
        <w:rPr>
          <w:rFonts w:ascii="Avenir Book" w:hAnsi="Avenir Book"/>
        </w:rPr>
        <w:t>gement or school/volunteer work (if not contained in CV).</w:t>
      </w:r>
    </w:p>
    <w:p w14:paraId="30DF488C" w14:textId="77777777" w:rsidR="00E63B21" w:rsidRPr="00DF3DF4" w:rsidRDefault="00E63B21" w:rsidP="004A70E9">
      <w:pPr>
        <w:pStyle w:val="ListNumber"/>
        <w:spacing w:after="80" w:line="240" w:lineRule="auto"/>
        <w:rPr>
          <w:rFonts w:ascii="Avenir Book" w:hAnsi="Avenir Book"/>
        </w:rPr>
      </w:pPr>
      <w:r w:rsidRPr="00DF3DF4">
        <w:rPr>
          <w:rFonts w:ascii="Avenir Book" w:hAnsi="Avenir Book"/>
        </w:rPr>
        <w:t>Completed pricing schedule.</w:t>
      </w:r>
    </w:p>
    <w:p w14:paraId="00EEDE82" w14:textId="77777777" w:rsidR="005F292F" w:rsidRPr="00DF3DF4" w:rsidRDefault="00AA2C85" w:rsidP="004A70E9">
      <w:pPr>
        <w:pStyle w:val="ListNumber"/>
        <w:spacing w:after="80" w:line="240" w:lineRule="auto"/>
        <w:rPr>
          <w:rFonts w:ascii="Avenir Book" w:hAnsi="Avenir Book"/>
        </w:rPr>
      </w:pPr>
      <w:r w:rsidRPr="00DF3DF4">
        <w:rPr>
          <w:rFonts w:ascii="Avenir Book" w:hAnsi="Avenir Book"/>
        </w:rPr>
        <w:t>Availability for design input and the 2027 build period.</w:t>
      </w:r>
    </w:p>
    <w:p w14:paraId="66DAC4D1" w14:textId="77777777" w:rsidR="005F292F" w:rsidRPr="00DF3DF4" w:rsidRDefault="00AA2C85">
      <w:pPr>
        <w:pStyle w:val="ListNumber"/>
        <w:spacing w:after="80" w:line="240" w:lineRule="auto"/>
        <w:rPr>
          <w:rFonts w:ascii="Avenir Book" w:hAnsi="Avenir Book"/>
        </w:rPr>
      </w:pPr>
      <w:r w:rsidRPr="00DF3DF4">
        <w:rPr>
          <w:rFonts w:ascii="Avenir Book" w:hAnsi="Avenir Book"/>
        </w:rPr>
        <w:t>Insurance details or proposed insurance arrangements.</w:t>
      </w:r>
    </w:p>
    <w:p w14:paraId="71BD6A7A" w14:textId="77777777" w:rsidR="005F292F" w:rsidRPr="00DF3DF4" w:rsidRDefault="00AA2C85">
      <w:pPr>
        <w:pStyle w:val="ListNumber"/>
        <w:spacing w:after="80" w:line="240" w:lineRule="auto"/>
        <w:rPr>
          <w:rFonts w:ascii="Avenir Book" w:hAnsi="Avenir Book"/>
        </w:rPr>
      </w:pPr>
      <w:r w:rsidRPr="00DF3DF4">
        <w:rPr>
          <w:rFonts w:ascii="Avenir Book" w:hAnsi="Avenir Book"/>
        </w:rPr>
        <w:t>Health and safety approach, including management of volunteers, trainees, school groups and public interface.</w:t>
      </w:r>
    </w:p>
    <w:p w14:paraId="0AAACCD9" w14:textId="77777777" w:rsidR="005F292F" w:rsidRPr="00DF3DF4" w:rsidRDefault="00AA2C85">
      <w:pPr>
        <w:pStyle w:val="ListNumber"/>
        <w:spacing w:after="80" w:line="240" w:lineRule="auto"/>
        <w:rPr>
          <w:rFonts w:ascii="Avenir Book" w:hAnsi="Avenir Book"/>
        </w:rPr>
      </w:pPr>
      <w:r w:rsidRPr="00DF3DF4">
        <w:rPr>
          <w:rFonts w:ascii="Avenir Book" w:hAnsi="Avenir Book"/>
        </w:rPr>
        <w:t>Conflict-of-interest declaration.</w:t>
      </w:r>
    </w:p>
    <w:p w14:paraId="5581647E" w14:textId="77777777" w:rsidR="005F292F" w:rsidRPr="00DF3DF4" w:rsidRDefault="00AA2C85">
      <w:pPr>
        <w:pStyle w:val="Heading1"/>
        <w:spacing w:after="80" w:line="240" w:lineRule="auto"/>
        <w:rPr>
          <w:rFonts w:ascii="Avenir Book" w:hAnsi="Avenir Book"/>
        </w:rPr>
      </w:pPr>
      <w:r w:rsidRPr="00DF3DF4">
        <w:rPr>
          <w:rFonts w:ascii="Avenir Book" w:hAnsi="Avenir Book"/>
        </w:rPr>
        <w:t>10. Pricing schedule</w:t>
      </w:r>
    </w:p>
    <w:p w14:paraId="5FF9106F" w14:textId="77777777" w:rsidR="005F292F" w:rsidRPr="00DF3DF4" w:rsidRDefault="00AA2C85">
      <w:pPr>
        <w:spacing w:after="80" w:line="240" w:lineRule="auto"/>
        <w:rPr>
          <w:rFonts w:ascii="Avenir Book" w:hAnsi="Avenir Book"/>
        </w:rPr>
      </w:pPr>
      <w:r w:rsidRPr="00DF3DF4">
        <w:rPr>
          <w:rFonts w:ascii="Avenir Book" w:hAnsi="Avenir Book"/>
        </w:rPr>
        <w:t>Complete the relevant lines for each package tendered for. Add rows if needed. State clearly whether figures include or exclude VAT.</w:t>
      </w:r>
    </w:p>
    <w:tbl>
      <w:tblPr>
        <w:tblStyle w:val="TableGrid"/>
        <w:tblW w:w="0" w:type="auto"/>
        <w:jc w:val="center"/>
        <w:tblLook w:val="04A0" w:firstRow="1" w:lastRow="0" w:firstColumn="1" w:lastColumn="0" w:noHBand="0" w:noVBand="1"/>
      </w:tblPr>
      <w:tblGrid>
        <w:gridCol w:w="2288"/>
        <w:gridCol w:w="3542"/>
        <w:gridCol w:w="2163"/>
        <w:gridCol w:w="2089"/>
      </w:tblGrid>
      <w:tr w:rsidR="005F292F" w:rsidRPr="00DF3DF4" w14:paraId="34819553" w14:textId="77777777" w:rsidTr="00AA0F75">
        <w:trPr>
          <w:tblHeader/>
          <w:jc w:val="center"/>
        </w:trPr>
        <w:tc>
          <w:tcPr>
            <w:tcW w:w="2309" w:type="dxa"/>
            <w:shd w:val="clear" w:color="auto" w:fill="D9EAD3"/>
          </w:tcPr>
          <w:p w14:paraId="70F86A48" w14:textId="77777777" w:rsidR="005F292F" w:rsidRPr="00DF3DF4" w:rsidRDefault="00AA2C85">
            <w:pPr>
              <w:rPr>
                <w:rFonts w:ascii="Avenir Book" w:hAnsi="Avenir Book"/>
              </w:rPr>
            </w:pPr>
            <w:r w:rsidRPr="00DF3DF4">
              <w:rPr>
                <w:rFonts w:ascii="Avenir Book" w:hAnsi="Avenir Book"/>
                <w:b/>
                <w:sz w:val="18"/>
              </w:rPr>
              <w:t>Pricing line</w:t>
            </w:r>
          </w:p>
        </w:tc>
        <w:tc>
          <w:tcPr>
            <w:tcW w:w="3629" w:type="dxa"/>
            <w:shd w:val="clear" w:color="auto" w:fill="D9EAD3"/>
          </w:tcPr>
          <w:p w14:paraId="051244F2" w14:textId="77777777" w:rsidR="005F292F" w:rsidRPr="00DF3DF4" w:rsidRDefault="00AA2C85">
            <w:pPr>
              <w:rPr>
                <w:rFonts w:ascii="Avenir Book" w:hAnsi="Avenir Book"/>
              </w:rPr>
            </w:pPr>
            <w:r w:rsidRPr="00DF3DF4">
              <w:rPr>
                <w:rFonts w:ascii="Avenir Book" w:hAnsi="Avenir Book"/>
                <w:b/>
                <w:sz w:val="18"/>
              </w:rPr>
              <w:t>Scope to price</w:t>
            </w:r>
          </w:p>
        </w:tc>
        <w:tc>
          <w:tcPr>
            <w:tcW w:w="2234" w:type="dxa"/>
            <w:shd w:val="clear" w:color="auto" w:fill="D9EAD3"/>
          </w:tcPr>
          <w:p w14:paraId="28EBA3E6" w14:textId="77777777" w:rsidR="005F292F" w:rsidRPr="00DF3DF4" w:rsidRDefault="00AA2C85">
            <w:pPr>
              <w:rPr>
                <w:rFonts w:ascii="Avenir Book" w:hAnsi="Avenir Book"/>
              </w:rPr>
            </w:pPr>
            <w:r w:rsidRPr="00DF3DF4">
              <w:rPr>
                <w:rFonts w:ascii="Avenir Book" w:hAnsi="Avenir Book"/>
                <w:b/>
                <w:sz w:val="18"/>
              </w:rPr>
              <w:t>Price type</w:t>
            </w:r>
          </w:p>
        </w:tc>
        <w:tc>
          <w:tcPr>
            <w:tcW w:w="2136" w:type="dxa"/>
            <w:shd w:val="clear" w:color="auto" w:fill="D9EAD3"/>
          </w:tcPr>
          <w:p w14:paraId="72FB79EE" w14:textId="77777777" w:rsidR="005F292F" w:rsidRPr="00DF3DF4" w:rsidRDefault="00AA2C85">
            <w:pPr>
              <w:rPr>
                <w:rFonts w:ascii="Avenir Book" w:hAnsi="Avenir Book"/>
              </w:rPr>
            </w:pPr>
            <w:r w:rsidRPr="00DF3DF4">
              <w:rPr>
                <w:rFonts w:ascii="Avenir Book" w:hAnsi="Avenir Book"/>
                <w:b/>
                <w:sz w:val="18"/>
              </w:rPr>
              <w:t>Tenderer price / assumptions</w:t>
            </w:r>
          </w:p>
        </w:tc>
      </w:tr>
      <w:tr w:rsidR="005F292F" w:rsidRPr="00DF3DF4" w14:paraId="59AA63AB" w14:textId="77777777" w:rsidTr="00AA0F75">
        <w:trPr>
          <w:jc w:val="center"/>
        </w:trPr>
        <w:tc>
          <w:tcPr>
            <w:tcW w:w="2309" w:type="dxa"/>
          </w:tcPr>
          <w:p w14:paraId="6A4A6059" w14:textId="77777777" w:rsidR="005F292F" w:rsidRPr="00DF3DF4" w:rsidRDefault="001F0690">
            <w:pPr>
              <w:rPr>
                <w:rFonts w:ascii="Avenir Book" w:hAnsi="Avenir Book"/>
              </w:rPr>
            </w:pPr>
            <w:r w:rsidRPr="00DF3DF4">
              <w:rPr>
                <w:rFonts w:ascii="Avenir Book" w:hAnsi="Avenir Book"/>
                <w:sz w:val="18"/>
              </w:rPr>
              <w:t xml:space="preserve">Stage 1 </w:t>
            </w:r>
            <w:r w:rsidR="00AA2C85" w:rsidRPr="00DF3DF4">
              <w:rPr>
                <w:rFonts w:ascii="Avenir Book" w:hAnsi="Avenir Book"/>
                <w:sz w:val="18"/>
              </w:rPr>
              <w:t>design input</w:t>
            </w:r>
          </w:p>
        </w:tc>
        <w:tc>
          <w:tcPr>
            <w:tcW w:w="3629" w:type="dxa"/>
          </w:tcPr>
          <w:p w14:paraId="425F364F" w14:textId="77777777" w:rsidR="005F292F" w:rsidRPr="00DF3DF4" w:rsidRDefault="00AA0F75" w:rsidP="00FB2983">
            <w:pPr>
              <w:rPr>
                <w:rFonts w:ascii="Avenir Book" w:hAnsi="Avenir Book"/>
              </w:rPr>
            </w:pPr>
            <w:r w:rsidRPr="00DF3DF4">
              <w:rPr>
                <w:rFonts w:ascii="Avenir Book" w:hAnsi="Avenir Book"/>
                <w:sz w:val="18"/>
              </w:rPr>
              <w:t xml:space="preserve">3 days covering preparation/evidence review, </w:t>
            </w:r>
            <w:r w:rsidR="00FB2983" w:rsidRPr="00DF3DF4">
              <w:rPr>
                <w:rFonts w:ascii="Avenir Book" w:hAnsi="Avenir Book"/>
                <w:sz w:val="18"/>
              </w:rPr>
              <w:t>2-day</w:t>
            </w:r>
            <w:r w:rsidRPr="00DF3DF4">
              <w:rPr>
                <w:rFonts w:ascii="Avenir Book" w:hAnsi="Avenir Book"/>
                <w:sz w:val="18"/>
              </w:rPr>
              <w:t xml:space="preserve"> design workshop, short technical note, draw</w:t>
            </w:r>
            <w:r w:rsidR="00FB2983" w:rsidRPr="00DF3DF4">
              <w:rPr>
                <w:rFonts w:ascii="Avenir Book" w:hAnsi="Avenir Book"/>
                <w:sz w:val="18"/>
              </w:rPr>
              <w:t>ing/specification review and</w:t>
            </w:r>
            <w:r w:rsidRPr="00DF3DF4">
              <w:rPr>
                <w:rFonts w:ascii="Avenir Book" w:hAnsi="Avenir Book"/>
                <w:sz w:val="18"/>
              </w:rPr>
              <w:t xml:space="preserve"> follow-up.</w:t>
            </w:r>
          </w:p>
        </w:tc>
        <w:tc>
          <w:tcPr>
            <w:tcW w:w="2234" w:type="dxa"/>
          </w:tcPr>
          <w:p w14:paraId="59B357D4" w14:textId="77777777" w:rsidR="005F292F" w:rsidRPr="00DF3DF4" w:rsidRDefault="00FB2983">
            <w:pPr>
              <w:rPr>
                <w:rFonts w:ascii="Avenir Book" w:hAnsi="Avenir Book"/>
              </w:rPr>
            </w:pPr>
            <w:r w:rsidRPr="00DF3DF4">
              <w:rPr>
                <w:rFonts w:ascii="Avenir Book" w:hAnsi="Avenir Book"/>
                <w:sz w:val="18"/>
              </w:rPr>
              <w:t xml:space="preserve">Fixed price </w:t>
            </w:r>
          </w:p>
        </w:tc>
        <w:tc>
          <w:tcPr>
            <w:tcW w:w="2136" w:type="dxa"/>
          </w:tcPr>
          <w:p w14:paraId="503D45C5" w14:textId="77777777" w:rsidR="005F292F" w:rsidRPr="00DF3DF4" w:rsidRDefault="005F292F">
            <w:pPr>
              <w:rPr>
                <w:rFonts w:ascii="Avenir Book" w:hAnsi="Avenir Book"/>
              </w:rPr>
            </w:pPr>
          </w:p>
        </w:tc>
      </w:tr>
      <w:tr w:rsidR="005F292F" w:rsidRPr="00DF3DF4" w14:paraId="33C06115" w14:textId="77777777" w:rsidTr="00AA0F75">
        <w:trPr>
          <w:jc w:val="center"/>
        </w:trPr>
        <w:tc>
          <w:tcPr>
            <w:tcW w:w="2309" w:type="dxa"/>
          </w:tcPr>
          <w:p w14:paraId="78BE6D6F" w14:textId="77777777" w:rsidR="005F292F" w:rsidRPr="00DF3DF4" w:rsidRDefault="00FB2983">
            <w:pPr>
              <w:rPr>
                <w:rFonts w:ascii="Avenir Book" w:hAnsi="Avenir Book"/>
              </w:rPr>
            </w:pPr>
            <w:r w:rsidRPr="00DF3DF4">
              <w:rPr>
                <w:rFonts w:ascii="Avenir Book" w:hAnsi="Avenir Book"/>
                <w:sz w:val="18"/>
              </w:rPr>
              <w:t xml:space="preserve">2-day site visit </w:t>
            </w:r>
          </w:p>
        </w:tc>
        <w:tc>
          <w:tcPr>
            <w:tcW w:w="3629" w:type="dxa"/>
          </w:tcPr>
          <w:p w14:paraId="3C79451E" w14:textId="77777777" w:rsidR="005F292F" w:rsidRPr="00DF3DF4" w:rsidRDefault="000240A5" w:rsidP="00FB2983">
            <w:pPr>
              <w:rPr>
                <w:rFonts w:ascii="Avenir Book" w:hAnsi="Avenir Book"/>
              </w:rPr>
            </w:pPr>
            <w:r w:rsidRPr="00DF3DF4">
              <w:rPr>
                <w:rFonts w:ascii="Avenir Book" w:hAnsi="Avenir Book"/>
                <w:sz w:val="18"/>
              </w:rPr>
              <w:t>Travel, accommodation</w:t>
            </w:r>
          </w:p>
        </w:tc>
        <w:tc>
          <w:tcPr>
            <w:tcW w:w="2234" w:type="dxa"/>
          </w:tcPr>
          <w:p w14:paraId="135D6B3D" w14:textId="77777777" w:rsidR="005F292F" w:rsidRPr="00DF3DF4" w:rsidRDefault="00AA2C85" w:rsidP="00FB2983">
            <w:pPr>
              <w:rPr>
                <w:rFonts w:ascii="Avenir Book" w:hAnsi="Avenir Book"/>
              </w:rPr>
            </w:pPr>
            <w:r w:rsidRPr="00DF3DF4">
              <w:rPr>
                <w:rFonts w:ascii="Avenir Book" w:hAnsi="Avenir Book"/>
                <w:sz w:val="18"/>
              </w:rPr>
              <w:t>Fixed pri</w:t>
            </w:r>
            <w:r w:rsidR="00AA0F75" w:rsidRPr="00DF3DF4">
              <w:rPr>
                <w:rFonts w:ascii="Avenir Book" w:hAnsi="Avenir Book"/>
                <w:sz w:val="18"/>
              </w:rPr>
              <w:t>ce /</w:t>
            </w:r>
            <w:r w:rsidRPr="00DF3DF4">
              <w:rPr>
                <w:rFonts w:ascii="Avenir Book" w:hAnsi="Avenir Book"/>
                <w:sz w:val="18"/>
              </w:rPr>
              <w:t xml:space="preserve"> </w:t>
            </w:r>
            <w:r w:rsidR="00FB2983" w:rsidRPr="00DF3DF4">
              <w:rPr>
                <w:rFonts w:ascii="Avenir Book" w:hAnsi="Avenir Book"/>
                <w:sz w:val="18"/>
              </w:rPr>
              <w:t>mileage</w:t>
            </w:r>
          </w:p>
        </w:tc>
        <w:tc>
          <w:tcPr>
            <w:tcW w:w="2136" w:type="dxa"/>
          </w:tcPr>
          <w:p w14:paraId="01E7C6C0" w14:textId="77777777" w:rsidR="005F292F" w:rsidRPr="00DF3DF4" w:rsidRDefault="005F292F">
            <w:pPr>
              <w:rPr>
                <w:rFonts w:ascii="Avenir Book" w:hAnsi="Avenir Book"/>
              </w:rPr>
            </w:pPr>
          </w:p>
        </w:tc>
      </w:tr>
      <w:tr w:rsidR="005F292F" w:rsidRPr="00DF3DF4" w14:paraId="1605B18E" w14:textId="77777777" w:rsidTr="00AA0F75">
        <w:trPr>
          <w:jc w:val="center"/>
        </w:trPr>
        <w:tc>
          <w:tcPr>
            <w:tcW w:w="2309" w:type="dxa"/>
          </w:tcPr>
          <w:p w14:paraId="76593859" w14:textId="77777777" w:rsidR="005F292F" w:rsidRPr="00DF3DF4" w:rsidRDefault="00AA2C85">
            <w:pPr>
              <w:rPr>
                <w:rFonts w:ascii="Avenir Book" w:hAnsi="Avenir Book"/>
              </w:rPr>
            </w:pPr>
            <w:r w:rsidRPr="00DF3DF4">
              <w:rPr>
                <w:rFonts w:ascii="Avenir Book" w:hAnsi="Avenir Book"/>
                <w:sz w:val="18"/>
              </w:rPr>
              <w:t>Stage 2 build delivery</w:t>
            </w:r>
            <w:r w:rsidR="000240A5" w:rsidRPr="00DF3DF4">
              <w:rPr>
                <w:rFonts w:ascii="Avenir Book" w:hAnsi="Avenir Book"/>
                <w:sz w:val="18"/>
              </w:rPr>
              <w:t xml:space="preserve"> (</w:t>
            </w:r>
            <w:proofErr w:type="spellStart"/>
            <w:r w:rsidR="000240A5" w:rsidRPr="00DF3DF4">
              <w:rPr>
                <w:rFonts w:ascii="Avenir Book" w:hAnsi="Avenir Book"/>
                <w:sz w:val="18"/>
              </w:rPr>
              <w:t>labour</w:t>
            </w:r>
            <w:proofErr w:type="spellEnd"/>
            <w:r w:rsidR="000240A5" w:rsidRPr="00DF3DF4">
              <w:rPr>
                <w:rFonts w:ascii="Avenir Book" w:hAnsi="Avenir Book"/>
                <w:sz w:val="18"/>
              </w:rPr>
              <w:t>)</w:t>
            </w:r>
          </w:p>
        </w:tc>
        <w:tc>
          <w:tcPr>
            <w:tcW w:w="3629" w:type="dxa"/>
          </w:tcPr>
          <w:p w14:paraId="57D39761" w14:textId="77777777" w:rsidR="005F292F" w:rsidRPr="00DF3DF4" w:rsidRDefault="00FB2983" w:rsidP="000240A5">
            <w:pPr>
              <w:rPr>
                <w:rFonts w:ascii="Avenir Book" w:hAnsi="Avenir Book"/>
              </w:rPr>
            </w:pPr>
            <w:r w:rsidRPr="00DF3DF4">
              <w:rPr>
                <w:rFonts w:ascii="Avenir Book" w:hAnsi="Avenir Book"/>
                <w:sz w:val="18"/>
              </w:rPr>
              <w:t>Packages A-D</w:t>
            </w:r>
            <w:r w:rsidR="00AA2C85" w:rsidRPr="00DF3DF4">
              <w:rPr>
                <w:rFonts w:ascii="Avenir Book" w:hAnsi="Avenir Book"/>
                <w:sz w:val="18"/>
              </w:rPr>
              <w:t>: estimated days, team structure. Package E: no construction price requested.</w:t>
            </w:r>
          </w:p>
        </w:tc>
        <w:tc>
          <w:tcPr>
            <w:tcW w:w="2234" w:type="dxa"/>
          </w:tcPr>
          <w:p w14:paraId="6B63578D" w14:textId="77777777" w:rsidR="005F292F" w:rsidRPr="00DF3DF4" w:rsidRDefault="000240A5">
            <w:pPr>
              <w:rPr>
                <w:rFonts w:ascii="Avenir Book" w:hAnsi="Avenir Book"/>
              </w:rPr>
            </w:pPr>
            <w:r w:rsidRPr="00DF3DF4">
              <w:rPr>
                <w:rFonts w:ascii="Avenir Book" w:hAnsi="Avenir Book"/>
                <w:sz w:val="18"/>
              </w:rPr>
              <w:t>Day rate</w:t>
            </w:r>
          </w:p>
        </w:tc>
        <w:tc>
          <w:tcPr>
            <w:tcW w:w="2136" w:type="dxa"/>
          </w:tcPr>
          <w:p w14:paraId="5D22AAF7" w14:textId="77777777" w:rsidR="005F292F" w:rsidRPr="00DF3DF4" w:rsidRDefault="005F292F">
            <w:pPr>
              <w:rPr>
                <w:rFonts w:ascii="Avenir Book" w:hAnsi="Avenir Book"/>
              </w:rPr>
            </w:pPr>
          </w:p>
        </w:tc>
      </w:tr>
      <w:tr w:rsidR="00FB2983" w:rsidRPr="00DF3DF4" w14:paraId="37210A9B" w14:textId="77777777" w:rsidTr="00AA0F75">
        <w:trPr>
          <w:jc w:val="center"/>
        </w:trPr>
        <w:tc>
          <w:tcPr>
            <w:tcW w:w="2309" w:type="dxa"/>
          </w:tcPr>
          <w:p w14:paraId="737956AB" w14:textId="77777777" w:rsidR="00FB2983" w:rsidRPr="00DF3DF4" w:rsidRDefault="00FB2983">
            <w:pPr>
              <w:rPr>
                <w:rFonts w:ascii="Avenir Book" w:hAnsi="Avenir Book"/>
                <w:sz w:val="18"/>
              </w:rPr>
            </w:pPr>
            <w:r w:rsidRPr="00DF3DF4">
              <w:rPr>
                <w:rFonts w:ascii="Avenir Book" w:hAnsi="Avenir Book"/>
                <w:sz w:val="18"/>
              </w:rPr>
              <w:t>Stage 2 build delivery</w:t>
            </w:r>
          </w:p>
        </w:tc>
        <w:tc>
          <w:tcPr>
            <w:tcW w:w="3629" w:type="dxa"/>
          </w:tcPr>
          <w:p w14:paraId="10FEE645" w14:textId="6313B86C" w:rsidR="00FB2983" w:rsidRPr="00DF3DF4" w:rsidRDefault="00FB2983">
            <w:pPr>
              <w:rPr>
                <w:rFonts w:ascii="Avenir Book" w:hAnsi="Avenir Book"/>
                <w:sz w:val="18"/>
              </w:rPr>
            </w:pPr>
            <w:r w:rsidRPr="00DF3DF4">
              <w:rPr>
                <w:rFonts w:ascii="Avenir Book" w:hAnsi="Avenir Book"/>
                <w:sz w:val="18"/>
              </w:rPr>
              <w:t>Travel, accommodation and expenses</w:t>
            </w:r>
            <w:r w:rsidR="004439B1">
              <w:rPr>
                <w:rFonts w:ascii="Avenir Book" w:hAnsi="Avenir Book"/>
                <w:sz w:val="18"/>
              </w:rPr>
              <w:t>.</w:t>
            </w:r>
          </w:p>
        </w:tc>
        <w:tc>
          <w:tcPr>
            <w:tcW w:w="2234" w:type="dxa"/>
          </w:tcPr>
          <w:p w14:paraId="1DD49A31" w14:textId="77777777" w:rsidR="00FB2983" w:rsidRPr="00DF3DF4" w:rsidRDefault="001F0690">
            <w:pPr>
              <w:rPr>
                <w:rFonts w:ascii="Avenir Book" w:hAnsi="Avenir Book"/>
                <w:sz w:val="18"/>
              </w:rPr>
            </w:pPr>
            <w:r w:rsidRPr="00DF3DF4">
              <w:rPr>
                <w:rFonts w:ascii="Avenir Book" w:hAnsi="Avenir Book"/>
                <w:sz w:val="18"/>
              </w:rPr>
              <w:t>Fixed price / mileage</w:t>
            </w:r>
          </w:p>
        </w:tc>
        <w:tc>
          <w:tcPr>
            <w:tcW w:w="2136" w:type="dxa"/>
          </w:tcPr>
          <w:p w14:paraId="002C1B54" w14:textId="77777777" w:rsidR="00FB2983" w:rsidRPr="00DF3DF4" w:rsidRDefault="00FB2983">
            <w:pPr>
              <w:rPr>
                <w:rFonts w:ascii="Avenir Book" w:hAnsi="Avenir Book"/>
              </w:rPr>
            </w:pPr>
          </w:p>
        </w:tc>
      </w:tr>
      <w:tr w:rsidR="005F292F" w:rsidRPr="00DF3DF4" w14:paraId="5C88990C" w14:textId="77777777" w:rsidTr="00AA0F75">
        <w:trPr>
          <w:jc w:val="center"/>
        </w:trPr>
        <w:tc>
          <w:tcPr>
            <w:tcW w:w="2309" w:type="dxa"/>
          </w:tcPr>
          <w:p w14:paraId="09A0B2C8" w14:textId="77777777" w:rsidR="005F292F" w:rsidRPr="00DF3DF4" w:rsidRDefault="00AA2C85">
            <w:pPr>
              <w:rPr>
                <w:rFonts w:ascii="Avenir Book" w:hAnsi="Avenir Book"/>
              </w:rPr>
            </w:pPr>
            <w:r w:rsidRPr="00DF3DF4">
              <w:rPr>
                <w:rFonts w:ascii="Avenir Book" w:hAnsi="Avenir Book"/>
                <w:sz w:val="18"/>
              </w:rPr>
              <w:t>Material sourcing/preparation</w:t>
            </w:r>
            <w:r w:rsidR="000240A5" w:rsidRPr="00DF3DF4">
              <w:rPr>
                <w:rFonts w:ascii="Avenir Book" w:hAnsi="Avenir Book"/>
                <w:sz w:val="18"/>
              </w:rPr>
              <w:t xml:space="preserve"> (</w:t>
            </w:r>
            <w:proofErr w:type="spellStart"/>
            <w:r w:rsidR="000240A5" w:rsidRPr="00DF3DF4">
              <w:rPr>
                <w:rFonts w:ascii="Avenir Book" w:hAnsi="Avenir Book"/>
                <w:sz w:val="18"/>
              </w:rPr>
              <w:t>labour</w:t>
            </w:r>
            <w:proofErr w:type="spellEnd"/>
            <w:r w:rsidR="000240A5" w:rsidRPr="00DF3DF4">
              <w:rPr>
                <w:rFonts w:ascii="Avenir Book" w:hAnsi="Avenir Book"/>
                <w:sz w:val="18"/>
              </w:rPr>
              <w:t>)</w:t>
            </w:r>
          </w:p>
        </w:tc>
        <w:tc>
          <w:tcPr>
            <w:tcW w:w="3629" w:type="dxa"/>
          </w:tcPr>
          <w:p w14:paraId="74F755AE" w14:textId="77777777" w:rsidR="005F292F" w:rsidRPr="00DF3DF4" w:rsidRDefault="00FB2983" w:rsidP="00FB2983">
            <w:pPr>
              <w:rPr>
                <w:rFonts w:ascii="Avenir Book" w:hAnsi="Avenir Book"/>
              </w:rPr>
            </w:pPr>
            <w:r w:rsidRPr="00DF3DF4">
              <w:rPr>
                <w:rFonts w:ascii="Avenir Book" w:hAnsi="Avenir Book"/>
                <w:sz w:val="18"/>
              </w:rPr>
              <w:t>G</w:t>
            </w:r>
            <w:r w:rsidR="00AA2C85" w:rsidRPr="00DF3DF4">
              <w:rPr>
                <w:rFonts w:ascii="Avenir Book" w:hAnsi="Avenir Book"/>
                <w:sz w:val="18"/>
              </w:rPr>
              <w:t>athering</w:t>
            </w:r>
            <w:r w:rsidRPr="00DF3DF4">
              <w:rPr>
                <w:rFonts w:ascii="Avenir Book" w:hAnsi="Avenir Book"/>
                <w:sz w:val="18"/>
              </w:rPr>
              <w:t xml:space="preserve"> and </w:t>
            </w:r>
            <w:r w:rsidR="00AA0F75" w:rsidRPr="00DF3DF4">
              <w:rPr>
                <w:rFonts w:ascii="Avenir Book" w:hAnsi="Avenir Book"/>
                <w:sz w:val="18"/>
              </w:rPr>
              <w:t>storage</w:t>
            </w:r>
            <w:r w:rsidRPr="00DF3DF4">
              <w:rPr>
                <w:rFonts w:ascii="Avenir Book" w:hAnsi="Avenir Book"/>
                <w:sz w:val="18"/>
              </w:rPr>
              <w:t xml:space="preserve">, estimated days. </w:t>
            </w:r>
          </w:p>
        </w:tc>
        <w:tc>
          <w:tcPr>
            <w:tcW w:w="2234" w:type="dxa"/>
          </w:tcPr>
          <w:p w14:paraId="4F9EE8CC" w14:textId="3EF3C07C" w:rsidR="005F292F" w:rsidRPr="00DF3DF4" w:rsidRDefault="00C86796" w:rsidP="000240A5">
            <w:pPr>
              <w:rPr>
                <w:rFonts w:ascii="Avenir Book" w:hAnsi="Avenir Book"/>
              </w:rPr>
            </w:pPr>
            <w:r>
              <w:rPr>
                <w:rFonts w:ascii="Avenir Book" w:hAnsi="Avenir Book"/>
                <w:sz w:val="18"/>
              </w:rPr>
              <w:t xml:space="preserve">Fixed price </w:t>
            </w:r>
            <w:r w:rsidR="00AA2C85" w:rsidRPr="00DF3DF4">
              <w:rPr>
                <w:rFonts w:ascii="Avenir Book" w:hAnsi="Avenir Book"/>
                <w:sz w:val="18"/>
              </w:rPr>
              <w:t xml:space="preserve"> </w:t>
            </w:r>
          </w:p>
        </w:tc>
        <w:tc>
          <w:tcPr>
            <w:tcW w:w="2136" w:type="dxa"/>
          </w:tcPr>
          <w:p w14:paraId="1E55CC3A" w14:textId="77777777" w:rsidR="005F292F" w:rsidRPr="00DF3DF4" w:rsidRDefault="005F292F">
            <w:pPr>
              <w:rPr>
                <w:rFonts w:ascii="Avenir Book" w:hAnsi="Avenir Book"/>
              </w:rPr>
            </w:pPr>
          </w:p>
        </w:tc>
      </w:tr>
      <w:tr w:rsidR="00FB2983" w:rsidRPr="00DF3DF4" w14:paraId="2BE93D06" w14:textId="77777777" w:rsidTr="00AA0F75">
        <w:trPr>
          <w:jc w:val="center"/>
        </w:trPr>
        <w:tc>
          <w:tcPr>
            <w:tcW w:w="2309" w:type="dxa"/>
          </w:tcPr>
          <w:p w14:paraId="7F64423D" w14:textId="77777777" w:rsidR="00FB2983" w:rsidRPr="00DF3DF4" w:rsidRDefault="00FB2983">
            <w:pPr>
              <w:rPr>
                <w:rFonts w:ascii="Avenir Book" w:hAnsi="Avenir Book"/>
                <w:sz w:val="18"/>
              </w:rPr>
            </w:pPr>
            <w:r w:rsidRPr="00DF3DF4">
              <w:rPr>
                <w:rFonts w:ascii="Avenir Book" w:hAnsi="Avenir Book"/>
                <w:sz w:val="18"/>
              </w:rPr>
              <w:t>Material sourcing/preparation</w:t>
            </w:r>
          </w:p>
        </w:tc>
        <w:tc>
          <w:tcPr>
            <w:tcW w:w="3629" w:type="dxa"/>
          </w:tcPr>
          <w:p w14:paraId="444E190B" w14:textId="0697003F" w:rsidR="00FB2983" w:rsidRPr="00DF3DF4" w:rsidRDefault="00FB2983" w:rsidP="00FB2983">
            <w:pPr>
              <w:rPr>
                <w:rFonts w:ascii="Avenir Book" w:hAnsi="Avenir Book"/>
                <w:sz w:val="18"/>
              </w:rPr>
            </w:pPr>
            <w:r w:rsidRPr="00DF3DF4">
              <w:rPr>
                <w:rFonts w:ascii="Avenir Book" w:hAnsi="Avenir Book"/>
                <w:sz w:val="18"/>
              </w:rPr>
              <w:t>Travel, accommodation and expenses</w:t>
            </w:r>
            <w:r w:rsidR="004439B1">
              <w:rPr>
                <w:rFonts w:ascii="Avenir Book" w:hAnsi="Avenir Book"/>
                <w:sz w:val="18"/>
              </w:rPr>
              <w:t>.</w:t>
            </w:r>
          </w:p>
        </w:tc>
        <w:tc>
          <w:tcPr>
            <w:tcW w:w="2234" w:type="dxa"/>
          </w:tcPr>
          <w:p w14:paraId="032390A5" w14:textId="77777777" w:rsidR="00FB2983" w:rsidRPr="00DF3DF4" w:rsidRDefault="00FB2983">
            <w:pPr>
              <w:rPr>
                <w:rFonts w:ascii="Avenir Book" w:hAnsi="Avenir Book"/>
                <w:sz w:val="18"/>
              </w:rPr>
            </w:pPr>
            <w:r w:rsidRPr="00DF3DF4">
              <w:rPr>
                <w:rFonts w:ascii="Avenir Book" w:hAnsi="Avenir Book"/>
                <w:sz w:val="18"/>
              </w:rPr>
              <w:t>Fixed price / mileage</w:t>
            </w:r>
          </w:p>
        </w:tc>
        <w:tc>
          <w:tcPr>
            <w:tcW w:w="2136" w:type="dxa"/>
          </w:tcPr>
          <w:p w14:paraId="0670AEA9" w14:textId="77777777" w:rsidR="00FB2983" w:rsidRPr="00DF3DF4" w:rsidRDefault="00FB2983">
            <w:pPr>
              <w:rPr>
                <w:rFonts w:ascii="Avenir Book" w:hAnsi="Avenir Book"/>
              </w:rPr>
            </w:pPr>
          </w:p>
        </w:tc>
      </w:tr>
      <w:tr w:rsidR="000240A5" w:rsidRPr="00DF3DF4" w14:paraId="3ED34EB1" w14:textId="77777777" w:rsidTr="000240A5">
        <w:tblPrEx>
          <w:jc w:val="left"/>
        </w:tblPrEx>
        <w:tc>
          <w:tcPr>
            <w:tcW w:w="2309" w:type="dxa"/>
          </w:tcPr>
          <w:p w14:paraId="2DD6DF6C" w14:textId="77777777" w:rsidR="000240A5" w:rsidRPr="00DF3DF4" w:rsidRDefault="000240A5" w:rsidP="00EF1034">
            <w:pPr>
              <w:rPr>
                <w:rFonts w:ascii="Avenir Book" w:hAnsi="Avenir Book"/>
              </w:rPr>
            </w:pPr>
            <w:r w:rsidRPr="00DF3DF4">
              <w:rPr>
                <w:rFonts w:ascii="Avenir Book" w:hAnsi="Avenir Book"/>
                <w:sz w:val="18"/>
              </w:rPr>
              <w:t xml:space="preserve">Build materials </w:t>
            </w:r>
          </w:p>
        </w:tc>
        <w:tc>
          <w:tcPr>
            <w:tcW w:w="3629" w:type="dxa"/>
          </w:tcPr>
          <w:p w14:paraId="2745EB12" w14:textId="77777777" w:rsidR="000240A5" w:rsidRPr="00DF3DF4" w:rsidRDefault="000240A5" w:rsidP="00EF1034">
            <w:pPr>
              <w:rPr>
                <w:rFonts w:ascii="Avenir Book" w:hAnsi="Avenir Book"/>
              </w:rPr>
            </w:pPr>
            <w:r w:rsidRPr="00DF3DF4">
              <w:rPr>
                <w:rFonts w:ascii="Avenir Book" w:hAnsi="Avenir Book"/>
                <w:sz w:val="18"/>
              </w:rPr>
              <w:t xml:space="preserve">Material supply for build based on building warrant quantities. </w:t>
            </w:r>
          </w:p>
        </w:tc>
        <w:tc>
          <w:tcPr>
            <w:tcW w:w="2234" w:type="dxa"/>
          </w:tcPr>
          <w:p w14:paraId="4057CF8B" w14:textId="77777777" w:rsidR="000240A5" w:rsidRPr="00DF3DF4" w:rsidRDefault="000240A5" w:rsidP="00EF1034">
            <w:pPr>
              <w:rPr>
                <w:rFonts w:ascii="Avenir Book" w:hAnsi="Avenir Book"/>
              </w:rPr>
            </w:pPr>
            <w:r w:rsidRPr="00DF3DF4">
              <w:rPr>
                <w:rFonts w:ascii="Avenir Book" w:hAnsi="Avenir Book"/>
                <w:sz w:val="18"/>
              </w:rPr>
              <w:t xml:space="preserve">n/a </w:t>
            </w:r>
          </w:p>
        </w:tc>
        <w:tc>
          <w:tcPr>
            <w:tcW w:w="2136" w:type="dxa"/>
          </w:tcPr>
          <w:p w14:paraId="03C1D9F5" w14:textId="77777777" w:rsidR="000240A5" w:rsidRPr="00DF3DF4" w:rsidRDefault="000240A5" w:rsidP="00EF1034">
            <w:pPr>
              <w:rPr>
                <w:rFonts w:ascii="Avenir Book" w:hAnsi="Avenir Book"/>
              </w:rPr>
            </w:pPr>
            <w:r w:rsidRPr="00DF3DF4">
              <w:rPr>
                <w:rFonts w:ascii="Avenir Book" w:hAnsi="Avenir Book"/>
              </w:rPr>
              <w:t xml:space="preserve">n/a – provide for stage 2 pricing. </w:t>
            </w:r>
          </w:p>
        </w:tc>
      </w:tr>
      <w:tr w:rsidR="005F292F" w:rsidRPr="00DF3DF4" w14:paraId="733D1BE1" w14:textId="77777777" w:rsidTr="00AA0F75">
        <w:trPr>
          <w:jc w:val="center"/>
        </w:trPr>
        <w:tc>
          <w:tcPr>
            <w:tcW w:w="2309" w:type="dxa"/>
          </w:tcPr>
          <w:p w14:paraId="4B7EA91A" w14:textId="77777777" w:rsidR="005F292F" w:rsidRPr="00DF3DF4" w:rsidRDefault="00AA2C85">
            <w:pPr>
              <w:rPr>
                <w:rFonts w:ascii="Avenir Book" w:hAnsi="Avenir Book"/>
              </w:rPr>
            </w:pPr>
            <w:r w:rsidRPr="00DF3DF4">
              <w:rPr>
                <w:rFonts w:ascii="Avenir Book" w:hAnsi="Avenir Book"/>
                <w:sz w:val="18"/>
              </w:rPr>
              <w:t>Hearth/fire setting</w:t>
            </w:r>
            <w:r w:rsidR="000240A5" w:rsidRPr="00DF3DF4">
              <w:rPr>
                <w:rFonts w:ascii="Avenir Book" w:hAnsi="Avenir Book"/>
                <w:sz w:val="18"/>
              </w:rPr>
              <w:t xml:space="preserve"> (</w:t>
            </w:r>
            <w:proofErr w:type="spellStart"/>
            <w:r w:rsidR="000240A5" w:rsidRPr="00DF3DF4">
              <w:rPr>
                <w:rFonts w:ascii="Avenir Book" w:hAnsi="Avenir Book"/>
                <w:sz w:val="18"/>
              </w:rPr>
              <w:t>labour</w:t>
            </w:r>
            <w:proofErr w:type="spellEnd"/>
            <w:r w:rsidR="000240A5" w:rsidRPr="00DF3DF4">
              <w:rPr>
                <w:rFonts w:ascii="Avenir Book" w:hAnsi="Avenir Book"/>
                <w:sz w:val="18"/>
              </w:rPr>
              <w:t>)</w:t>
            </w:r>
          </w:p>
        </w:tc>
        <w:tc>
          <w:tcPr>
            <w:tcW w:w="3629" w:type="dxa"/>
          </w:tcPr>
          <w:p w14:paraId="552A2B40" w14:textId="69F131C6" w:rsidR="005F292F" w:rsidRPr="00DF3DF4" w:rsidRDefault="00AA0F75" w:rsidP="00AA0F75">
            <w:pPr>
              <w:rPr>
                <w:rFonts w:ascii="Avenir Book" w:hAnsi="Avenir Book"/>
              </w:rPr>
            </w:pPr>
            <w:r w:rsidRPr="00DF3DF4">
              <w:rPr>
                <w:rFonts w:ascii="Avenir Book" w:hAnsi="Avenir Book"/>
                <w:sz w:val="18"/>
              </w:rPr>
              <w:t>Package A only</w:t>
            </w:r>
            <w:r w:rsidR="000240A5" w:rsidRPr="00DF3DF4">
              <w:rPr>
                <w:rFonts w:ascii="Avenir Book" w:hAnsi="Avenir Book"/>
                <w:sz w:val="18"/>
              </w:rPr>
              <w:t>, estimated days</w:t>
            </w:r>
            <w:r w:rsidR="004439B1">
              <w:rPr>
                <w:rFonts w:ascii="Avenir Book" w:hAnsi="Avenir Book"/>
                <w:sz w:val="18"/>
              </w:rPr>
              <w:t>.</w:t>
            </w:r>
            <w:r w:rsidR="000240A5" w:rsidRPr="00DF3DF4">
              <w:rPr>
                <w:rFonts w:ascii="Avenir Book" w:hAnsi="Avenir Book"/>
                <w:sz w:val="18"/>
              </w:rPr>
              <w:t xml:space="preserve"> </w:t>
            </w:r>
          </w:p>
        </w:tc>
        <w:tc>
          <w:tcPr>
            <w:tcW w:w="2234" w:type="dxa"/>
          </w:tcPr>
          <w:p w14:paraId="4DCA2A2A" w14:textId="53E1ED7D" w:rsidR="005F292F" w:rsidRPr="00DF3DF4" w:rsidRDefault="00C86796">
            <w:pPr>
              <w:rPr>
                <w:rFonts w:ascii="Avenir Book" w:hAnsi="Avenir Book"/>
              </w:rPr>
            </w:pPr>
            <w:r>
              <w:rPr>
                <w:rFonts w:ascii="Avenir Book" w:hAnsi="Avenir Book"/>
                <w:sz w:val="18"/>
              </w:rPr>
              <w:t xml:space="preserve">Fixed price </w:t>
            </w:r>
            <w:r w:rsidR="000240A5" w:rsidRPr="00DF3DF4">
              <w:rPr>
                <w:rFonts w:ascii="Avenir Book" w:hAnsi="Avenir Book"/>
                <w:sz w:val="18"/>
              </w:rPr>
              <w:t xml:space="preserve"> </w:t>
            </w:r>
          </w:p>
        </w:tc>
        <w:tc>
          <w:tcPr>
            <w:tcW w:w="2136" w:type="dxa"/>
          </w:tcPr>
          <w:p w14:paraId="5FC06705" w14:textId="77777777" w:rsidR="005F292F" w:rsidRPr="00DF3DF4" w:rsidRDefault="005F292F">
            <w:pPr>
              <w:rPr>
                <w:rFonts w:ascii="Avenir Book" w:hAnsi="Avenir Book"/>
              </w:rPr>
            </w:pPr>
          </w:p>
        </w:tc>
      </w:tr>
      <w:tr w:rsidR="005F292F" w:rsidRPr="00DF3DF4" w14:paraId="5A49A99B" w14:textId="77777777" w:rsidTr="00AA0F75">
        <w:trPr>
          <w:jc w:val="center"/>
        </w:trPr>
        <w:tc>
          <w:tcPr>
            <w:tcW w:w="2309" w:type="dxa"/>
          </w:tcPr>
          <w:p w14:paraId="0A638A9E" w14:textId="77777777" w:rsidR="005F292F" w:rsidRPr="00DF3DF4" w:rsidRDefault="005D15BC">
            <w:pPr>
              <w:rPr>
                <w:rFonts w:ascii="Avenir Book" w:hAnsi="Avenir Book"/>
              </w:rPr>
            </w:pPr>
            <w:r w:rsidRPr="00DF3DF4">
              <w:rPr>
                <w:rFonts w:ascii="Avenir Book" w:hAnsi="Avenir Book"/>
                <w:sz w:val="18"/>
              </w:rPr>
              <w:t>Pre-build skills training course</w:t>
            </w:r>
          </w:p>
        </w:tc>
        <w:tc>
          <w:tcPr>
            <w:tcW w:w="3629" w:type="dxa"/>
          </w:tcPr>
          <w:p w14:paraId="27C976E3" w14:textId="77777777" w:rsidR="005F292F" w:rsidRPr="00DF3DF4" w:rsidRDefault="00AA2C85" w:rsidP="00AA0F75">
            <w:pPr>
              <w:rPr>
                <w:rFonts w:ascii="Avenir Book" w:hAnsi="Avenir Book"/>
              </w:rPr>
            </w:pPr>
            <w:r w:rsidRPr="00DF3DF4">
              <w:rPr>
                <w:rFonts w:ascii="Avenir Book" w:hAnsi="Avenir Book"/>
                <w:sz w:val="18"/>
              </w:rPr>
              <w:t xml:space="preserve">2 full days </w:t>
            </w:r>
            <w:r w:rsidR="00AA0F75" w:rsidRPr="00DF3DF4">
              <w:rPr>
                <w:rFonts w:ascii="Avenir Book" w:hAnsi="Avenir Book"/>
                <w:sz w:val="18"/>
              </w:rPr>
              <w:t xml:space="preserve">per craft, up to 8 participants; 4 full days for Package A. </w:t>
            </w:r>
          </w:p>
        </w:tc>
        <w:tc>
          <w:tcPr>
            <w:tcW w:w="2234" w:type="dxa"/>
          </w:tcPr>
          <w:p w14:paraId="76E2B1BC" w14:textId="77777777" w:rsidR="005F292F" w:rsidRPr="00DF3DF4" w:rsidRDefault="00AA2C85">
            <w:pPr>
              <w:rPr>
                <w:rFonts w:ascii="Avenir Book" w:hAnsi="Avenir Book"/>
              </w:rPr>
            </w:pPr>
            <w:r w:rsidRPr="00DF3DF4">
              <w:rPr>
                <w:rFonts w:ascii="Avenir Book" w:hAnsi="Avenir Book"/>
                <w:sz w:val="18"/>
              </w:rPr>
              <w:t>Fixed price</w:t>
            </w:r>
          </w:p>
        </w:tc>
        <w:tc>
          <w:tcPr>
            <w:tcW w:w="2136" w:type="dxa"/>
          </w:tcPr>
          <w:p w14:paraId="71C9803D" w14:textId="77777777" w:rsidR="005F292F" w:rsidRPr="00DF3DF4" w:rsidRDefault="005F292F">
            <w:pPr>
              <w:rPr>
                <w:rFonts w:ascii="Avenir Book" w:hAnsi="Avenir Book"/>
              </w:rPr>
            </w:pPr>
          </w:p>
        </w:tc>
      </w:tr>
      <w:tr w:rsidR="005F292F" w:rsidRPr="00DF3DF4" w14:paraId="42F3730C" w14:textId="77777777" w:rsidTr="00AA0F75">
        <w:trPr>
          <w:jc w:val="center"/>
        </w:trPr>
        <w:tc>
          <w:tcPr>
            <w:tcW w:w="2309" w:type="dxa"/>
          </w:tcPr>
          <w:p w14:paraId="56FC8C7A" w14:textId="77777777" w:rsidR="005F292F" w:rsidRPr="00DF3DF4" w:rsidRDefault="00AA2C85">
            <w:pPr>
              <w:rPr>
                <w:rFonts w:ascii="Avenir Book" w:hAnsi="Avenir Book"/>
              </w:rPr>
            </w:pPr>
            <w:r w:rsidRPr="00DF3DF4">
              <w:rPr>
                <w:rFonts w:ascii="Avenir Book" w:hAnsi="Avenir Book"/>
                <w:sz w:val="18"/>
              </w:rPr>
              <w:t>School/nursery live-build sessions</w:t>
            </w:r>
          </w:p>
        </w:tc>
        <w:tc>
          <w:tcPr>
            <w:tcW w:w="3629" w:type="dxa"/>
          </w:tcPr>
          <w:p w14:paraId="31A6171D" w14:textId="77777777" w:rsidR="005F292F" w:rsidRPr="00DF3DF4" w:rsidRDefault="00AA2C85">
            <w:pPr>
              <w:rPr>
                <w:rFonts w:ascii="Avenir Book" w:hAnsi="Avenir Book"/>
                <w:sz w:val="18"/>
              </w:rPr>
            </w:pPr>
            <w:r w:rsidRPr="00DF3DF4">
              <w:rPr>
                <w:rFonts w:ascii="Avenir Book" w:hAnsi="Avenir Book"/>
                <w:sz w:val="18"/>
              </w:rPr>
              <w:t>5 full-day sessions per craft, planned with Museum education team.</w:t>
            </w:r>
          </w:p>
          <w:p w14:paraId="4BD17180" w14:textId="77777777" w:rsidR="00AA0F75" w:rsidRPr="00DF3DF4" w:rsidRDefault="00AA0F75">
            <w:pPr>
              <w:rPr>
                <w:rFonts w:ascii="Avenir Book" w:hAnsi="Avenir Book"/>
              </w:rPr>
            </w:pPr>
            <w:r w:rsidRPr="00DF3DF4">
              <w:rPr>
                <w:rFonts w:ascii="Avenir Book" w:hAnsi="Avenir Book"/>
                <w:sz w:val="18"/>
              </w:rPr>
              <w:t xml:space="preserve">3 2hr sessions per craft for the High School SMART group. </w:t>
            </w:r>
          </w:p>
        </w:tc>
        <w:tc>
          <w:tcPr>
            <w:tcW w:w="2234" w:type="dxa"/>
          </w:tcPr>
          <w:p w14:paraId="3CFC1DA8" w14:textId="77777777" w:rsidR="005F292F" w:rsidRPr="00DF3DF4" w:rsidRDefault="00AA2C85">
            <w:pPr>
              <w:rPr>
                <w:rFonts w:ascii="Avenir Book" w:hAnsi="Avenir Book"/>
              </w:rPr>
            </w:pPr>
            <w:r w:rsidRPr="00DF3DF4">
              <w:rPr>
                <w:rFonts w:ascii="Avenir Book" w:hAnsi="Avenir Book"/>
                <w:sz w:val="18"/>
              </w:rPr>
              <w:t>Fixed price</w:t>
            </w:r>
          </w:p>
        </w:tc>
        <w:tc>
          <w:tcPr>
            <w:tcW w:w="2136" w:type="dxa"/>
          </w:tcPr>
          <w:p w14:paraId="2F0A8DEC" w14:textId="77777777" w:rsidR="005F292F" w:rsidRPr="00DF3DF4" w:rsidRDefault="005F292F">
            <w:pPr>
              <w:rPr>
                <w:rFonts w:ascii="Avenir Book" w:hAnsi="Avenir Book"/>
              </w:rPr>
            </w:pPr>
          </w:p>
        </w:tc>
      </w:tr>
      <w:tr w:rsidR="001F0690" w:rsidRPr="00DF3DF4" w14:paraId="4B7FC102" w14:textId="77777777" w:rsidTr="00AA0F75">
        <w:trPr>
          <w:jc w:val="center"/>
        </w:trPr>
        <w:tc>
          <w:tcPr>
            <w:tcW w:w="2309" w:type="dxa"/>
          </w:tcPr>
          <w:p w14:paraId="109164CF" w14:textId="77777777" w:rsidR="001F0690" w:rsidRPr="00DF3DF4" w:rsidRDefault="001F0690">
            <w:pPr>
              <w:rPr>
                <w:rFonts w:ascii="Avenir Book" w:hAnsi="Avenir Book"/>
                <w:sz w:val="18"/>
              </w:rPr>
            </w:pPr>
            <w:r w:rsidRPr="00DF3DF4">
              <w:rPr>
                <w:rFonts w:ascii="Avenir Book" w:hAnsi="Avenir Book"/>
                <w:sz w:val="18"/>
              </w:rPr>
              <w:t>Materials</w:t>
            </w:r>
          </w:p>
        </w:tc>
        <w:tc>
          <w:tcPr>
            <w:tcW w:w="3629" w:type="dxa"/>
          </w:tcPr>
          <w:p w14:paraId="34D51DAF" w14:textId="19A1CD53" w:rsidR="001F0690" w:rsidRPr="00DF3DF4" w:rsidRDefault="001F0690">
            <w:pPr>
              <w:rPr>
                <w:rFonts w:ascii="Avenir Book" w:hAnsi="Avenir Book"/>
                <w:sz w:val="18"/>
              </w:rPr>
            </w:pPr>
            <w:r w:rsidRPr="00DF3DF4">
              <w:rPr>
                <w:rFonts w:ascii="Avenir Book" w:hAnsi="Avenir Book"/>
                <w:sz w:val="18"/>
              </w:rPr>
              <w:t xml:space="preserve">Tools, PPE and materials for training courses, </w:t>
            </w:r>
            <w:proofErr w:type="gramStart"/>
            <w:r w:rsidRPr="00DF3DF4">
              <w:rPr>
                <w:rFonts w:ascii="Avenir Book" w:hAnsi="Avenir Book"/>
                <w:sz w:val="18"/>
              </w:rPr>
              <w:t>schools</w:t>
            </w:r>
            <w:proofErr w:type="gramEnd"/>
            <w:r w:rsidRPr="00DF3DF4">
              <w:rPr>
                <w:rFonts w:ascii="Avenir Book" w:hAnsi="Avenir Book"/>
                <w:sz w:val="18"/>
              </w:rPr>
              <w:t xml:space="preserve"> sessions and weekly demonstration sessions during build. What tenderer provides; what Museum provides; hire/buy assumptions</w:t>
            </w:r>
            <w:r w:rsidR="004439B1">
              <w:rPr>
                <w:rFonts w:ascii="Avenir Book" w:hAnsi="Avenir Book"/>
                <w:sz w:val="18"/>
              </w:rPr>
              <w:t>.</w:t>
            </w:r>
          </w:p>
        </w:tc>
        <w:tc>
          <w:tcPr>
            <w:tcW w:w="2234" w:type="dxa"/>
          </w:tcPr>
          <w:p w14:paraId="6EE09D29" w14:textId="77777777" w:rsidR="001F0690" w:rsidRPr="00DF3DF4" w:rsidRDefault="001F0690">
            <w:pPr>
              <w:rPr>
                <w:rFonts w:ascii="Avenir Book" w:hAnsi="Avenir Book"/>
                <w:sz w:val="18"/>
              </w:rPr>
            </w:pPr>
            <w:r w:rsidRPr="00DF3DF4">
              <w:rPr>
                <w:rFonts w:ascii="Avenir Book" w:hAnsi="Avenir Book"/>
                <w:sz w:val="18"/>
              </w:rPr>
              <w:t>Fixed price</w:t>
            </w:r>
          </w:p>
        </w:tc>
        <w:tc>
          <w:tcPr>
            <w:tcW w:w="2136" w:type="dxa"/>
          </w:tcPr>
          <w:p w14:paraId="39FA1EE3" w14:textId="77777777" w:rsidR="001F0690" w:rsidRPr="00DF3DF4" w:rsidRDefault="001F0690">
            <w:pPr>
              <w:rPr>
                <w:rFonts w:ascii="Avenir Book" w:hAnsi="Avenir Book"/>
              </w:rPr>
            </w:pPr>
          </w:p>
        </w:tc>
      </w:tr>
      <w:tr w:rsidR="005F292F" w:rsidRPr="00DF3DF4" w14:paraId="49544729" w14:textId="77777777" w:rsidTr="00AA0F75">
        <w:trPr>
          <w:jc w:val="center"/>
        </w:trPr>
        <w:tc>
          <w:tcPr>
            <w:tcW w:w="2309" w:type="dxa"/>
          </w:tcPr>
          <w:p w14:paraId="7F1C3BB2" w14:textId="77777777" w:rsidR="005F292F" w:rsidRPr="00DF3DF4" w:rsidRDefault="00AA2C85">
            <w:pPr>
              <w:rPr>
                <w:rFonts w:ascii="Avenir Book" w:hAnsi="Avenir Book"/>
              </w:rPr>
            </w:pPr>
            <w:r w:rsidRPr="00DF3DF4">
              <w:rPr>
                <w:rFonts w:ascii="Avenir Book" w:hAnsi="Avenir Book"/>
                <w:sz w:val="18"/>
              </w:rPr>
              <w:t>Maintenance manual, handover and documentation</w:t>
            </w:r>
          </w:p>
        </w:tc>
        <w:tc>
          <w:tcPr>
            <w:tcW w:w="3629" w:type="dxa"/>
          </w:tcPr>
          <w:p w14:paraId="792B10EC" w14:textId="77777777" w:rsidR="005F292F" w:rsidRPr="00DF3DF4" w:rsidRDefault="00FB2983" w:rsidP="00FB2983">
            <w:pPr>
              <w:rPr>
                <w:rFonts w:ascii="Avenir Book" w:hAnsi="Avenir Book"/>
                <w:sz w:val="18"/>
              </w:rPr>
            </w:pPr>
            <w:r w:rsidRPr="00DF3DF4">
              <w:rPr>
                <w:rFonts w:ascii="Avenir Book" w:hAnsi="Avenir Book"/>
                <w:sz w:val="18"/>
              </w:rPr>
              <w:t>1-day maintenance volunteer training</w:t>
            </w:r>
          </w:p>
          <w:p w14:paraId="04353848" w14:textId="6F4EADB6" w:rsidR="005D15BC" w:rsidRPr="00DF3DF4" w:rsidRDefault="005D15BC" w:rsidP="00FB2983">
            <w:pPr>
              <w:rPr>
                <w:rFonts w:ascii="Avenir Book" w:hAnsi="Avenir Book"/>
              </w:rPr>
            </w:pPr>
            <w:r w:rsidRPr="00DF3DF4">
              <w:rPr>
                <w:rFonts w:ascii="Avenir Book" w:hAnsi="Avenir Book"/>
                <w:sz w:val="18"/>
              </w:rPr>
              <w:t>Build report including methods, references and media</w:t>
            </w:r>
            <w:r w:rsidR="004439B1">
              <w:rPr>
                <w:rFonts w:ascii="Avenir Book" w:hAnsi="Avenir Book"/>
                <w:sz w:val="18"/>
              </w:rPr>
              <w:t>.</w:t>
            </w:r>
            <w:r w:rsidRPr="00DF3DF4">
              <w:rPr>
                <w:rFonts w:ascii="Avenir Book" w:hAnsi="Avenir Book"/>
                <w:sz w:val="18"/>
              </w:rPr>
              <w:t xml:space="preserve"> </w:t>
            </w:r>
          </w:p>
        </w:tc>
        <w:tc>
          <w:tcPr>
            <w:tcW w:w="2234" w:type="dxa"/>
          </w:tcPr>
          <w:p w14:paraId="08BCD017" w14:textId="77777777" w:rsidR="005F292F" w:rsidRPr="00DF3DF4" w:rsidRDefault="005D15BC" w:rsidP="005D15BC">
            <w:pPr>
              <w:rPr>
                <w:rFonts w:ascii="Avenir Book" w:hAnsi="Avenir Book"/>
              </w:rPr>
            </w:pPr>
            <w:r w:rsidRPr="00DF3DF4">
              <w:rPr>
                <w:rFonts w:ascii="Avenir Book" w:hAnsi="Avenir Book"/>
                <w:sz w:val="18"/>
              </w:rPr>
              <w:t>Fixed price</w:t>
            </w:r>
            <w:r w:rsidR="00AA2C85" w:rsidRPr="00DF3DF4">
              <w:rPr>
                <w:rFonts w:ascii="Avenir Book" w:hAnsi="Avenir Book"/>
                <w:sz w:val="18"/>
              </w:rPr>
              <w:t xml:space="preserve"> </w:t>
            </w:r>
          </w:p>
        </w:tc>
        <w:tc>
          <w:tcPr>
            <w:tcW w:w="2136" w:type="dxa"/>
          </w:tcPr>
          <w:p w14:paraId="4E87C318" w14:textId="77777777" w:rsidR="005F292F" w:rsidRPr="00DF3DF4" w:rsidRDefault="005F292F">
            <w:pPr>
              <w:rPr>
                <w:rFonts w:ascii="Avenir Book" w:hAnsi="Avenir Book"/>
              </w:rPr>
            </w:pPr>
          </w:p>
        </w:tc>
      </w:tr>
    </w:tbl>
    <w:p w14:paraId="413AC8C2" w14:textId="77777777" w:rsidR="005F292F" w:rsidRPr="00DF3DF4" w:rsidRDefault="00AA2C85" w:rsidP="005E08FB">
      <w:pPr>
        <w:pStyle w:val="Heading1"/>
        <w:spacing w:after="80" w:line="240" w:lineRule="auto"/>
        <w:rPr>
          <w:rFonts w:ascii="Avenir Book" w:hAnsi="Avenir Book"/>
        </w:rPr>
      </w:pPr>
      <w:r w:rsidRPr="00DF3DF4">
        <w:rPr>
          <w:rFonts w:ascii="Avenir Book" w:hAnsi="Avenir Book"/>
        </w:rPr>
        <w:lastRenderedPageBreak/>
        <w:t>11. Evaluation</w:t>
      </w:r>
    </w:p>
    <w:p w14:paraId="0734A4A7" w14:textId="77777777" w:rsidR="005F292F" w:rsidRPr="00DF3DF4" w:rsidRDefault="00AA2C85">
      <w:pPr>
        <w:spacing w:after="80" w:line="240" w:lineRule="auto"/>
        <w:rPr>
          <w:rFonts w:ascii="Avenir Book" w:hAnsi="Avenir Book"/>
        </w:rPr>
      </w:pPr>
      <w:r w:rsidRPr="00DF3DF4">
        <w:rPr>
          <w:rFonts w:ascii="Avenir Book" w:hAnsi="Avenir Book"/>
        </w:rPr>
        <w:t xml:space="preserve">Conflict-of-interest declarations will be reviewed before assessment or appointment. </w:t>
      </w:r>
    </w:p>
    <w:tbl>
      <w:tblPr>
        <w:tblStyle w:val="TableGrid"/>
        <w:tblW w:w="0" w:type="auto"/>
        <w:jc w:val="center"/>
        <w:tblLook w:val="04A0" w:firstRow="1" w:lastRow="0" w:firstColumn="1" w:lastColumn="0" w:noHBand="0" w:noVBand="1"/>
      </w:tblPr>
      <w:tblGrid>
        <w:gridCol w:w="3361"/>
        <w:gridCol w:w="3360"/>
        <w:gridCol w:w="3361"/>
      </w:tblGrid>
      <w:tr w:rsidR="005F292F" w:rsidRPr="00DF3DF4" w14:paraId="1985626C" w14:textId="77777777">
        <w:trPr>
          <w:tblHeader/>
          <w:jc w:val="center"/>
        </w:trPr>
        <w:tc>
          <w:tcPr>
            <w:tcW w:w="3364" w:type="dxa"/>
            <w:shd w:val="clear" w:color="auto" w:fill="D9EAD3"/>
          </w:tcPr>
          <w:p w14:paraId="099D5CE9" w14:textId="77777777" w:rsidR="005F292F" w:rsidRPr="00DF3DF4" w:rsidRDefault="00AA2C85">
            <w:pPr>
              <w:rPr>
                <w:rFonts w:ascii="Avenir Book" w:hAnsi="Avenir Book"/>
              </w:rPr>
            </w:pPr>
            <w:r w:rsidRPr="00DF3DF4">
              <w:rPr>
                <w:rFonts w:ascii="Avenir Book" w:hAnsi="Avenir Book"/>
                <w:b/>
                <w:sz w:val="18"/>
              </w:rPr>
              <w:t>Criterion</w:t>
            </w:r>
          </w:p>
        </w:tc>
        <w:tc>
          <w:tcPr>
            <w:tcW w:w="3364" w:type="dxa"/>
            <w:shd w:val="clear" w:color="auto" w:fill="D9EAD3"/>
          </w:tcPr>
          <w:p w14:paraId="7501F9A2" w14:textId="77777777" w:rsidR="005F292F" w:rsidRPr="00DF3DF4" w:rsidRDefault="00AA2C85">
            <w:pPr>
              <w:rPr>
                <w:rFonts w:ascii="Avenir Book" w:hAnsi="Avenir Book"/>
              </w:rPr>
            </w:pPr>
            <w:r w:rsidRPr="00DF3DF4">
              <w:rPr>
                <w:rFonts w:ascii="Avenir Book" w:hAnsi="Avenir Book"/>
                <w:b/>
                <w:sz w:val="18"/>
              </w:rPr>
              <w:t>Weighting</w:t>
            </w:r>
          </w:p>
        </w:tc>
        <w:tc>
          <w:tcPr>
            <w:tcW w:w="3364" w:type="dxa"/>
            <w:shd w:val="clear" w:color="auto" w:fill="D9EAD3"/>
          </w:tcPr>
          <w:p w14:paraId="67D2B562" w14:textId="77777777" w:rsidR="005F292F" w:rsidRPr="00DF3DF4" w:rsidRDefault="00AA2C85">
            <w:pPr>
              <w:rPr>
                <w:rFonts w:ascii="Avenir Book" w:hAnsi="Avenir Book"/>
              </w:rPr>
            </w:pPr>
            <w:r w:rsidRPr="00DF3DF4">
              <w:rPr>
                <w:rFonts w:ascii="Avenir Book" w:hAnsi="Avenir Book"/>
                <w:b/>
                <w:sz w:val="18"/>
              </w:rPr>
              <w:t>What the Museum will look for</w:t>
            </w:r>
          </w:p>
        </w:tc>
      </w:tr>
      <w:tr w:rsidR="005F292F" w:rsidRPr="00DF3DF4" w14:paraId="7EC6C207" w14:textId="77777777">
        <w:trPr>
          <w:jc w:val="center"/>
        </w:trPr>
        <w:tc>
          <w:tcPr>
            <w:tcW w:w="3364" w:type="dxa"/>
          </w:tcPr>
          <w:p w14:paraId="2D1D7957" w14:textId="77777777" w:rsidR="005F292F" w:rsidRPr="00DF3DF4" w:rsidRDefault="00AA2C85">
            <w:pPr>
              <w:rPr>
                <w:rFonts w:ascii="Avenir Book" w:hAnsi="Avenir Book"/>
              </w:rPr>
            </w:pPr>
            <w:r w:rsidRPr="00DF3DF4">
              <w:rPr>
                <w:rFonts w:ascii="Avenir Book" w:hAnsi="Avenir Book"/>
                <w:sz w:val="18"/>
              </w:rPr>
              <w:t>Relevant craft, traditional building and heritage reconstruction experience</w:t>
            </w:r>
          </w:p>
        </w:tc>
        <w:tc>
          <w:tcPr>
            <w:tcW w:w="3364" w:type="dxa"/>
          </w:tcPr>
          <w:p w14:paraId="5EC4C99B" w14:textId="77777777" w:rsidR="005F292F" w:rsidRPr="00DF3DF4" w:rsidRDefault="00E63B21">
            <w:pPr>
              <w:rPr>
                <w:rFonts w:ascii="Avenir Book" w:hAnsi="Avenir Book"/>
              </w:rPr>
            </w:pPr>
            <w:r w:rsidRPr="00DF3DF4">
              <w:rPr>
                <w:rFonts w:ascii="Avenir Book" w:hAnsi="Avenir Book"/>
                <w:sz w:val="18"/>
              </w:rPr>
              <w:t>3</w:t>
            </w:r>
            <w:r w:rsidR="00AA2C85" w:rsidRPr="00DF3DF4">
              <w:rPr>
                <w:rFonts w:ascii="Avenir Book" w:hAnsi="Avenir Book"/>
                <w:sz w:val="18"/>
              </w:rPr>
              <w:t>5%</w:t>
            </w:r>
          </w:p>
        </w:tc>
        <w:tc>
          <w:tcPr>
            <w:tcW w:w="3364" w:type="dxa"/>
          </w:tcPr>
          <w:p w14:paraId="3E7738B1" w14:textId="77777777" w:rsidR="005F292F" w:rsidRPr="00DF3DF4" w:rsidRDefault="00AA2C85" w:rsidP="00821FA9">
            <w:pPr>
              <w:rPr>
                <w:rFonts w:ascii="Avenir Book" w:hAnsi="Avenir Book"/>
              </w:rPr>
            </w:pPr>
            <w:r w:rsidRPr="00DF3DF4">
              <w:rPr>
                <w:rFonts w:ascii="Avenir Book" w:hAnsi="Avenir Book"/>
                <w:sz w:val="18"/>
              </w:rPr>
              <w:t>Comparable craft delivery, traditional</w:t>
            </w:r>
            <w:r w:rsidR="00821FA9" w:rsidRPr="00DF3DF4">
              <w:rPr>
                <w:rFonts w:ascii="Avenir Book" w:hAnsi="Avenir Book"/>
                <w:sz w:val="18"/>
              </w:rPr>
              <w:t xml:space="preserve"> materials, building structures</w:t>
            </w:r>
            <w:r w:rsidRPr="00DF3DF4">
              <w:rPr>
                <w:rFonts w:ascii="Avenir Book" w:hAnsi="Avenir Book"/>
                <w:sz w:val="18"/>
              </w:rPr>
              <w:t>.</w:t>
            </w:r>
          </w:p>
        </w:tc>
      </w:tr>
      <w:tr w:rsidR="005F292F" w:rsidRPr="00DF3DF4" w14:paraId="52A30094" w14:textId="77777777">
        <w:trPr>
          <w:jc w:val="center"/>
        </w:trPr>
        <w:tc>
          <w:tcPr>
            <w:tcW w:w="3364" w:type="dxa"/>
          </w:tcPr>
          <w:p w14:paraId="2A0E7DAE" w14:textId="77777777" w:rsidR="005F292F" w:rsidRPr="00DF3DF4" w:rsidRDefault="00AA2C85">
            <w:pPr>
              <w:rPr>
                <w:rFonts w:ascii="Avenir Book" w:hAnsi="Avenir Book"/>
              </w:rPr>
            </w:pPr>
            <w:r w:rsidRPr="00DF3DF4">
              <w:rPr>
                <w:rFonts w:ascii="Avenir Book" w:hAnsi="Avenir Book"/>
                <w:sz w:val="18"/>
              </w:rPr>
              <w:t>Volunteers, schools, public engagement and knowledge-sharing</w:t>
            </w:r>
          </w:p>
        </w:tc>
        <w:tc>
          <w:tcPr>
            <w:tcW w:w="3364" w:type="dxa"/>
          </w:tcPr>
          <w:p w14:paraId="08F84EDC" w14:textId="77777777" w:rsidR="005F292F" w:rsidRPr="00DF3DF4" w:rsidRDefault="00E63B21">
            <w:pPr>
              <w:rPr>
                <w:rFonts w:ascii="Avenir Book" w:hAnsi="Avenir Book"/>
              </w:rPr>
            </w:pPr>
            <w:r w:rsidRPr="00DF3DF4">
              <w:rPr>
                <w:rFonts w:ascii="Avenir Book" w:hAnsi="Avenir Book"/>
                <w:sz w:val="18"/>
              </w:rPr>
              <w:t>3</w:t>
            </w:r>
            <w:r w:rsidR="00AA2C85" w:rsidRPr="00DF3DF4">
              <w:rPr>
                <w:rFonts w:ascii="Avenir Book" w:hAnsi="Avenir Book"/>
                <w:sz w:val="18"/>
              </w:rPr>
              <w:t>0%</w:t>
            </w:r>
          </w:p>
        </w:tc>
        <w:tc>
          <w:tcPr>
            <w:tcW w:w="3364" w:type="dxa"/>
          </w:tcPr>
          <w:p w14:paraId="38F60ECF" w14:textId="77777777" w:rsidR="005F292F" w:rsidRPr="00DF3DF4" w:rsidRDefault="00821FA9" w:rsidP="00821FA9">
            <w:pPr>
              <w:rPr>
                <w:rFonts w:ascii="Avenir Book" w:hAnsi="Avenir Book"/>
              </w:rPr>
            </w:pPr>
            <w:r w:rsidRPr="00DF3DF4">
              <w:rPr>
                <w:rFonts w:ascii="Avenir Book" w:hAnsi="Avenir Book"/>
                <w:sz w:val="18"/>
              </w:rPr>
              <w:t>A</w:t>
            </w:r>
            <w:r w:rsidR="00AA2C85" w:rsidRPr="00DF3DF4">
              <w:rPr>
                <w:rFonts w:ascii="Avenir Book" w:hAnsi="Avenir Book"/>
                <w:sz w:val="18"/>
              </w:rPr>
              <w:t>pproach to skills training, school/live-build days, safe volun</w:t>
            </w:r>
            <w:r w:rsidRPr="00DF3DF4">
              <w:rPr>
                <w:rFonts w:ascii="Avenir Book" w:hAnsi="Avenir Book"/>
                <w:sz w:val="18"/>
              </w:rPr>
              <w:t xml:space="preserve">teer tasks, public explanation </w:t>
            </w:r>
            <w:r w:rsidR="00AA2C85" w:rsidRPr="00DF3DF4">
              <w:rPr>
                <w:rFonts w:ascii="Avenir Book" w:hAnsi="Avenir Book"/>
                <w:sz w:val="18"/>
              </w:rPr>
              <w:t>and inclusive learning.</w:t>
            </w:r>
          </w:p>
        </w:tc>
      </w:tr>
      <w:tr w:rsidR="005F292F" w:rsidRPr="00DF3DF4" w14:paraId="3AF6F0B0" w14:textId="77777777">
        <w:trPr>
          <w:jc w:val="center"/>
        </w:trPr>
        <w:tc>
          <w:tcPr>
            <w:tcW w:w="3364" w:type="dxa"/>
          </w:tcPr>
          <w:p w14:paraId="5259FE63" w14:textId="77777777" w:rsidR="005F292F" w:rsidRPr="00DF3DF4" w:rsidRDefault="00AA2C85" w:rsidP="00821FA9">
            <w:pPr>
              <w:rPr>
                <w:rFonts w:ascii="Avenir Book" w:hAnsi="Avenir Book"/>
              </w:rPr>
            </w:pPr>
            <w:proofErr w:type="spellStart"/>
            <w:r w:rsidRPr="00DF3DF4">
              <w:rPr>
                <w:rFonts w:ascii="Avenir Book" w:hAnsi="Avenir Book"/>
                <w:sz w:val="18"/>
              </w:rPr>
              <w:t>Programme</w:t>
            </w:r>
            <w:proofErr w:type="spellEnd"/>
            <w:r w:rsidRPr="00DF3DF4">
              <w:rPr>
                <w:rFonts w:ascii="Avenir Book" w:hAnsi="Avenir Book"/>
                <w:sz w:val="18"/>
              </w:rPr>
              <w:t>, capacity, health and safety</w:t>
            </w:r>
          </w:p>
        </w:tc>
        <w:tc>
          <w:tcPr>
            <w:tcW w:w="3364" w:type="dxa"/>
          </w:tcPr>
          <w:p w14:paraId="618106E3" w14:textId="77777777" w:rsidR="005F292F" w:rsidRPr="00DF3DF4" w:rsidRDefault="00AA2C85">
            <w:pPr>
              <w:rPr>
                <w:rFonts w:ascii="Avenir Book" w:hAnsi="Avenir Book"/>
              </w:rPr>
            </w:pPr>
            <w:r w:rsidRPr="00DF3DF4">
              <w:rPr>
                <w:rFonts w:ascii="Avenir Book" w:hAnsi="Avenir Book"/>
                <w:sz w:val="18"/>
              </w:rPr>
              <w:t>15%</w:t>
            </w:r>
          </w:p>
        </w:tc>
        <w:tc>
          <w:tcPr>
            <w:tcW w:w="3364" w:type="dxa"/>
          </w:tcPr>
          <w:p w14:paraId="2DF21406" w14:textId="77777777" w:rsidR="005F292F" w:rsidRPr="00DF3DF4" w:rsidRDefault="00AA2C85" w:rsidP="00821FA9">
            <w:pPr>
              <w:rPr>
                <w:rFonts w:ascii="Avenir Book" w:hAnsi="Avenir Book"/>
              </w:rPr>
            </w:pPr>
            <w:r w:rsidRPr="00DF3DF4">
              <w:rPr>
                <w:rFonts w:ascii="Avenir Book" w:hAnsi="Avenir Book"/>
                <w:sz w:val="18"/>
              </w:rPr>
              <w:t xml:space="preserve">Availability, realistic team structure, health and safety competence, safeguarding </w:t>
            </w:r>
            <w:r w:rsidR="00821FA9" w:rsidRPr="00DF3DF4">
              <w:rPr>
                <w:rFonts w:ascii="Avenir Book" w:hAnsi="Avenir Book"/>
                <w:sz w:val="18"/>
              </w:rPr>
              <w:t>awareness</w:t>
            </w:r>
            <w:r w:rsidRPr="00DF3DF4">
              <w:rPr>
                <w:rFonts w:ascii="Avenir Book" w:hAnsi="Avenir Book"/>
                <w:sz w:val="18"/>
              </w:rPr>
              <w:t>.</w:t>
            </w:r>
          </w:p>
        </w:tc>
      </w:tr>
      <w:tr w:rsidR="005F292F" w:rsidRPr="00DF3DF4" w14:paraId="73A38CBA" w14:textId="77777777">
        <w:trPr>
          <w:jc w:val="center"/>
        </w:trPr>
        <w:tc>
          <w:tcPr>
            <w:tcW w:w="3364" w:type="dxa"/>
          </w:tcPr>
          <w:p w14:paraId="2E7C66DB" w14:textId="77777777" w:rsidR="005F292F" w:rsidRPr="00DF3DF4" w:rsidRDefault="00E63B21" w:rsidP="00E63B21">
            <w:pPr>
              <w:rPr>
                <w:rFonts w:ascii="Avenir Book" w:hAnsi="Avenir Book"/>
              </w:rPr>
            </w:pPr>
            <w:r w:rsidRPr="00DF3DF4">
              <w:rPr>
                <w:rFonts w:ascii="Avenir Book" w:hAnsi="Avenir Book"/>
                <w:sz w:val="18"/>
              </w:rPr>
              <w:t xml:space="preserve">Sustainability and local benefit </w:t>
            </w:r>
          </w:p>
        </w:tc>
        <w:tc>
          <w:tcPr>
            <w:tcW w:w="3364" w:type="dxa"/>
          </w:tcPr>
          <w:p w14:paraId="7582AE01" w14:textId="77777777" w:rsidR="005F292F" w:rsidRPr="00DF3DF4" w:rsidRDefault="00AA2C85">
            <w:pPr>
              <w:rPr>
                <w:rFonts w:ascii="Avenir Book" w:hAnsi="Avenir Book"/>
              </w:rPr>
            </w:pPr>
            <w:r w:rsidRPr="00DF3DF4">
              <w:rPr>
                <w:rFonts w:ascii="Avenir Book" w:hAnsi="Avenir Book"/>
                <w:sz w:val="18"/>
              </w:rPr>
              <w:t>10%</w:t>
            </w:r>
          </w:p>
        </w:tc>
        <w:tc>
          <w:tcPr>
            <w:tcW w:w="3364" w:type="dxa"/>
          </w:tcPr>
          <w:p w14:paraId="315A6363" w14:textId="77777777" w:rsidR="005F292F" w:rsidRPr="00DF3DF4" w:rsidRDefault="00F862B8" w:rsidP="00F862B8">
            <w:pPr>
              <w:rPr>
                <w:rFonts w:ascii="Avenir Book" w:hAnsi="Avenir Book"/>
              </w:rPr>
            </w:pPr>
            <w:r w:rsidRPr="00DF3DF4">
              <w:rPr>
                <w:rFonts w:ascii="Avenir Book" w:hAnsi="Avenir Book"/>
                <w:sz w:val="18"/>
              </w:rPr>
              <w:t>A</w:t>
            </w:r>
            <w:r w:rsidR="00821FA9" w:rsidRPr="00DF3DF4">
              <w:rPr>
                <w:rFonts w:ascii="Avenir Book" w:hAnsi="Avenir Book"/>
                <w:sz w:val="18"/>
              </w:rPr>
              <w:t>pproach to local/regional material sourcing, low-impact transport, use of local s</w:t>
            </w:r>
            <w:r w:rsidRPr="00DF3DF4">
              <w:rPr>
                <w:rFonts w:ascii="Avenir Book" w:hAnsi="Avenir Book"/>
                <w:sz w:val="18"/>
              </w:rPr>
              <w:t>ubcontractors where appropriate</w:t>
            </w:r>
            <w:r w:rsidR="00821FA9" w:rsidRPr="00DF3DF4">
              <w:rPr>
                <w:rFonts w:ascii="Avenir Book" w:hAnsi="Avenir Book"/>
                <w:sz w:val="18"/>
              </w:rPr>
              <w:t>.</w:t>
            </w:r>
          </w:p>
        </w:tc>
      </w:tr>
      <w:tr w:rsidR="005F292F" w:rsidRPr="00DF3DF4" w14:paraId="4BB46E3F" w14:textId="77777777">
        <w:trPr>
          <w:jc w:val="center"/>
        </w:trPr>
        <w:tc>
          <w:tcPr>
            <w:tcW w:w="3364" w:type="dxa"/>
          </w:tcPr>
          <w:p w14:paraId="645AAB83" w14:textId="77777777" w:rsidR="005F292F" w:rsidRPr="00DF3DF4" w:rsidRDefault="00AA2C85">
            <w:pPr>
              <w:rPr>
                <w:rFonts w:ascii="Avenir Book" w:hAnsi="Avenir Book"/>
              </w:rPr>
            </w:pPr>
            <w:r w:rsidRPr="00DF3DF4">
              <w:rPr>
                <w:rFonts w:ascii="Avenir Book" w:hAnsi="Avenir Book"/>
                <w:sz w:val="18"/>
              </w:rPr>
              <w:t>Price and value for money</w:t>
            </w:r>
          </w:p>
        </w:tc>
        <w:tc>
          <w:tcPr>
            <w:tcW w:w="3364" w:type="dxa"/>
          </w:tcPr>
          <w:p w14:paraId="0572A8D2" w14:textId="77777777" w:rsidR="005F292F" w:rsidRPr="00DF3DF4" w:rsidRDefault="00AA2C85">
            <w:pPr>
              <w:rPr>
                <w:rFonts w:ascii="Avenir Book" w:hAnsi="Avenir Book"/>
              </w:rPr>
            </w:pPr>
            <w:r w:rsidRPr="00DF3DF4">
              <w:rPr>
                <w:rFonts w:ascii="Avenir Book" w:hAnsi="Avenir Book"/>
                <w:sz w:val="18"/>
              </w:rPr>
              <w:t>10%</w:t>
            </w:r>
          </w:p>
        </w:tc>
        <w:tc>
          <w:tcPr>
            <w:tcW w:w="3364" w:type="dxa"/>
          </w:tcPr>
          <w:p w14:paraId="1AC326CE" w14:textId="77777777" w:rsidR="005F292F" w:rsidRPr="00DF3DF4" w:rsidRDefault="00AA2C85" w:rsidP="00821FA9">
            <w:pPr>
              <w:rPr>
                <w:rFonts w:ascii="Avenir Book" w:hAnsi="Avenir Book"/>
              </w:rPr>
            </w:pPr>
            <w:r w:rsidRPr="00DF3DF4">
              <w:rPr>
                <w:rFonts w:ascii="Avenir Book" w:hAnsi="Avenir Book"/>
                <w:sz w:val="18"/>
              </w:rPr>
              <w:t xml:space="preserve">Clear pricing, assumptions, exclusions and day rates. </w:t>
            </w:r>
          </w:p>
        </w:tc>
      </w:tr>
    </w:tbl>
    <w:p w14:paraId="63F656AE" w14:textId="77777777" w:rsidR="005F292F" w:rsidRPr="00DF3DF4" w:rsidRDefault="00AA2C85">
      <w:pPr>
        <w:pStyle w:val="Heading1"/>
        <w:spacing w:after="80" w:line="240" w:lineRule="auto"/>
        <w:rPr>
          <w:rFonts w:ascii="Avenir Book" w:hAnsi="Avenir Book"/>
        </w:rPr>
      </w:pPr>
      <w:r w:rsidRPr="00DF3DF4">
        <w:rPr>
          <w:rFonts w:ascii="Avenir Book" w:hAnsi="Avenir Book"/>
        </w:rPr>
        <w:t>12. Documents supplied with this tender pack</w:t>
      </w:r>
    </w:p>
    <w:p w14:paraId="7C682B59" w14:textId="77777777" w:rsidR="005F292F" w:rsidRPr="00DF3DF4" w:rsidRDefault="00AA2C85">
      <w:pPr>
        <w:pStyle w:val="ListBullet"/>
        <w:spacing w:after="80" w:line="240" w:lineRule="auto"/>
        <w:rPr>
          <w:rFonts w:ascii="Avenir Book" w:hAnsi="Avenir Book"/>
        </w:rPr>
      </w:pPr>
      <w:r w:rsidRPr="00DF3DF4">
        <w:rPr>
          <w:rFonts w:ascii="Avenir Book" w:hAnsi="Avenir Book"/>
        </w:rPr>
        <w:t xml:space="preserve">Design </w:t>
      </w:r>
      <w:r w:rsidR="00DF3DF4" w:rsidRPr="00DF3DF4">
        <w:rPr>
          <w:rFonts w:ascii="Avenir Book" w:hAnsi="Avenir Book"/>
        </w:rPr>
        <w:t xml:space="preserve">and Access </w:t>
      </w:r>
      <w:r w:rsidRPr="00DF3DF4">
        <w:rPr>
          <w:rFonts w:ascii="Avenir Book" w:hAnsi="Avenir Book"/>
        </w:rPr>
        <w:t>Statement</w:t>
      </w:r>
    </w:p>
    <w:p w14:paraId="4353E2E1" w14:textId="77777777" w:rsidR="005F292F" w:rsidRPr="00DF3DF4" w:rsidRDefault="00AA2C85">
      <w:pPr>
        <w:pStyle w:val="ListBullet"/>
        <w:spacing w:after="80" w:line="240" w:lineRule="auto"/>
        <w:rPr>
          <w:rFonts w:ascii="Avenir Book" w:hAnsi="Avenir Book"/>
        </w:rPr>
      </w:pPr>
      <w:r w:rsidRPr="00DF3DF4">
        <w:rPr>
          <w:rFonts w:ascii="Avenir Book" w:hAnsi="Avenir Book"/>
        </w:rPr>
        <w:t xml:space="preserve">Archaeological note </w:t>
      </w:r>
    </w:p>
    <w:p w14:paraId="04339ACC" w14:textId="77777777" w:rsidR="005F292F" w:rsidRDefault="005F292F" w:rsidP="00E63B21">
      <w:pPr>
        <w:pStyle w:val="ListBullet"/>
        <w:numPr>
          <w:ilvl w:val="0"/>
          <w:numId w:val="0"/>
        </w:numPr>
        <w:spacing w:after="80" w:line="240" w:lineRule="auto"/>
        <w:rPr>
          <w:rFonts w:ascii="Avenir Book" w:hAnsi="Avenir Book"/>
        </w:rPr>
      </w:pPr>
    </w:p>
    <w:p w14:paraId="4AC63B68" w14:textId="77777777" w:rsidR="00AE2DE1" w:rsidRDefault="00AE2DE1" w:rsidP="00E63B21">
      <w:pPr>
        <w:pStyle w:val="ListBullet"/>
        <w:numPr>
          <w:ilvl w:val="0"/>
          <w:numId w:val="0"/>
        </w:numPr>
        <w:spacing w:after="80" w:line="240" w:lineRule="auto"/>
        <w:rPr>
          <w:rFonts w:ascii="Avenir Book" w:hAnsi="Avenir Book"/>
        </w:rPr>
      </w:pPr>
    </w:p>
    <w:p w14:paraId="31E1E092" w14:textId="77777777" w:rsidR="00AE2DE1" w:rsidRPr="00AE2DE1" w:rsidRDefault="00AE2DE1" w:rsidP="00AE2DE1">
      <w:pPr>
        <w:pStyle w:val="Heading1"/>
        <w:spacing w:after="80" w:line="240" w:lineRule="auto"/>
        <w:rPr>
          <w:rFonts w:ascii="Avenir Book" w:hAnsi="Avenir Book"/>
        </w:rPr>
      </w:pPr>
      <w:r w:rsidRPr="00AE2DE1">
        <w:rPr>
          <w:rFonts w:ascii="Avenir Book" w:hAnsi="Avenir Book"/>
        </w:rPr>
        <w:t>With thanks to our project funders</w:t>
      </w:r>
    </w:p>
    <w:tbl>
      <w:tblPr>
        <w:tblW w:w="0" w:type="auto"/>
        <w:jc w:val="center"/>
        <w:tblBorders>
          <w:top w:val="nil"/>
          <w:left w:val="nil"/>
          <w:bottom w:val="nil"/>
          <w:right w:val="nil"/>
          <w:insideH w:val="nil"/>
          <w:insideV w:val="nil"/>
        </w:tblBorders>
        <w:tblLayout w:type="fixed"/>
        <w:tblLook w:val="04A0" w:firstRow="1" w:lastRow="0" w:firstColumn="1" w:lastColumn="0" w:noHBand="0" w:noVBand="1"/>
      </w:tblPr>
      <w:tblGrid>
        <w:gridCol w:w="4209"/>
        <w:gridCol w:w="4209"/>
      </w:tblGrid>
      <w:tr w:rsidR="00AE2DE1" w14:paraId="0C4FF1FB" w14:textId="77777777" w:rsidTr="00EF1034">
        <w:trPr>
          <w:jc w:val="center"/>
        </w:trPr>
        <w:tc>
          <w:tcPr>
            <w:tcW w:w="4209" w:type="dxa"/>
            <w:shd w:val="clear" w:color="auto" w:fill="FFFFFF" w:themeFill="background1"/>
            <w:tcMar>
              <w:top w:w="5" w:type="dxa"/>
              <w:left w:w="15" w:type="dxa"/>
              <w:bottom w:w="5" w:type="dxa"/>
              <w:right w:w="15" w:type="dxa"/>
            </w:tcMar>
            <w:vAlign w:val="center"/>
          </w:tcPr>
          <w:p w14:paraId="41710812" w14:textId="77777777" w:rsidR="00AE2DE1" w:rsidRDefault="00AE2DE1" w:rsidP="00EF1034">
            <w:pPr>
              <w:spacing w:after="0"/>
              <w:jc w:val="center"/>
            </w:pPr>
            <w:r>
              <w:rPr>
                <w:noProof/>
                <w:lang w:val="en-GB" w:eastAsia="en-GB"/>
              </w:rPr>
              <w:drawing>
                <wp:inline distT="0" distB="0" distL="0" distR="0" wp14:anchorId="18E50857" wp14:editId="15174AC7">
                  <wp:extent cx="2500401" cy="59052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s-logo-clearspace.png"/>
                          <pic:cNvPicPr/>
                        </pic:nvPicPr>
                        <pic:blipFill>
                          <a:blip r:embed="rId13"/>
                          <a:stretch>
                            <a:fillRect/>
                          </a:stretch>
                        </pic:blipFill>
                        <pic:spPr>
                          <a:xfrm>
                            <a:off x="0" y="0"/>
                            <a:ext cx="2541168" cy="600156"/>
                          </a:xfrm>
                          <a:prstGeom prst="rect">
                            <a:avLst/>
                          </a:prstGeom>
                        </pic:spPr>
                      </pic:pic>
                    </a:graphicData>
                  </a:graphic>
                </wp:inline>
              </w:drawing>
            </w:r>
          </w:p>
        </w:tc>
        <w:tc>
          <w:tcPr>
            <w:tcW w:w="4209" w:type="dxa"/>
            <w:shd w:val="clear" w:color="auto" w:fill="FFFFFF" w:themeFill="background1"/>
            <w:tcMar>
              <w:top w:w="5" w:type="dxa"/>
              <w:left w:w="15" w:type="dxa"/>
              <w:bottom w:w="5" w:type="dxa"/>
              <w:right w:w="15" w:type="dxa"/>
            </w:tcMar>
            <w:vAlign w:val="center"/>
          </w:tcPr>
          <w:p w14:paraId="284F7BDF" w14:textId="77777777" w:rsidR="00AE2DE1" w:rsidRDefault="00AE2DE1" w:rsidP="00EF1034">
            <w:pPr>
              <w:spacing w:after="0"/>
              <w:jc w:val="center"/>
            </w:pPr>
            <w:r>
              <w:rPr>
                <w:noProof/>
                <w:lang w:val="en-GB" w:eastAsia="en-GB"/>
              </w:rPr>
              <w:drawing>
                <wp:inline distT="0" distB="0" distL="0" distR="0" wp14:anchorId="62F048BE" wp14:editId="372398AF">
                  <wp:extent cx="1417320" cy="697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_Funding_Logo_RGB_clearspace.png"/>
                          <pic:cNvPicPr/>
                        </pic:nvPicPr>
                        <pic:blipFill>
                          <a:blip r:embed="rId14"/>
                          <a:stretch>
                            <a:fillRect/>
                          </a:stretch>
                        </pic:blipFill>
                        <pic:spPr>
                          <a:xfrm>
                            <a:off x="0" y="0"/>
                            <a:ext cx="1417320" cy="697230"/>
                          </a:xfrm>
                          <a:prstGeom prst="rect">
                            <a:avLst/>
                          </a:prstGeom>
                        </pic:spPr>
                      </pic:pic>
                    </a:graphicData>
                  </a:graphic>
                </wp:inline>
              </w:drawing>
            </w:r>
          </w:p>
        </w:tc>
      </w:tr>
      <w:tr w:rsidR="00AE2DE1" w14:paraId="6C7979C9" w14:textId="77777777" w:rsidTr="00EF1034">
        <w:trPr>
          <w:jc w:val="center"/>
        </w:trPr>
        <w:tc>
          <w:tcPr>
            <w:tcW w:w="4209" w:type="dxa"/>
            <w:shd w:val="clear" w:color="auto" w:fill="FFFFFF" w:themeFill="background1"/>
            <w:tcMar>
              <w:top w:w="5" w:type="dxa"/>
              <w:left w:w="15" w:type="dxa"/>
              <w:bottom w:w="5" w:type="dxa"/>
              <w:right w:w="15" w:type="dxa"/>
            </w:tcMar>
            <w:vAlign w:val="center"/>
          </w:tcPr>
          <w:p w14:paraId="7202E719" w14:textId="77777777" w:rsidR="00AE2DE1" w:rsidRDefault="00AE2DE1" w:rsidP="00EF1034">
            <w:pPr>
              <w:spacing w:after="0"/>
              <w:jc w:val="center"/>
            </w:pPr>
            <w:r>
              <w:rPr>
                <w:noProof/>
                <w:lang w:val="en-GB" w:eastAsia="en-GB"/>
              </w:rPr>
              <w:drawing>
                <wp:inline distT="0" distB="0" distL="0" distR="0" wp14:anchorId="6BA54E7C" wp14:editId="3FC0CDE1">
                  <wp:extent cx="1737360" cy="1737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hf_heritage_fund_stamp_teal_clearspace.png"/>
                          <pic:cNvPicPr/>
                        </pic:nvPicPr>
                        <pic:blipFill>
                          <a:blip r:embed="rId15"/>
                          <a:stretch>
                            <a:fillRect/>
                          </a:stretch>
                        </pic:blipFill>
                        <pic:spPr>
                          <a:xfrm>
                            <a:off x="0" y="0"/>
                            <a:ext cx="1737360" cy="1737360"/>
                          </a:xfrm>
                          <a:prstGeom prst="rect">
                            <a:avLst/>
                          </a:prstGeom>
                        </pic:spPr>
                      </pic:pic>
                    </a:graphicData>
                  </a:graphic>
                </wp:inline>
              </w:drawing>
            </w:r>
          </w:p>
        </w:tc>
        <w:tc>
          <w:tcPr>
            <w:tcW w:w="4209" w:type="dxa"/>
            <w:shd w:val="clear" w:color="auto" w:fill="FFFFFF" w:themeFill="background1"/>
            <w:tcMar>
              <w:top w:w="5" w:type="dxa"/>
              <w:left w:w="15" w:type="dxa"/>
              <w:bottom w:w="5" w:type="dxa"/>
              <w:right w:w="15" w:type="dxa"/>
            </w:tcMar>
            <w:vAlign w:val="center"/>
          </w:tcPr>
          <w:p w14:paraId="74689DC5" w14:textId="77777777" w:rsidR="00AE2DE1" w:rsidRDefault="00AE2DE1" w:rsidP="00EF1034">
            <w:pPr>
              <w:spacing w:after="0"/>
              <w:jc w:val="center"/>
            </w:pPr>
            <w:r>
              <w:rPr>
                <w:rFonts w:ascii="Georgia" w:eastAsia="Georgia" w:hAnsi="Georgia"/>
                <w:b/>
                <w:noProof/>
                <w:color w:val="4F6B4A"/>
                <w:sz w:val="48"/>
                <w:lang w:val="en-GB" w:eastAsia="en-GB"/>
              </w:rPr>
              <w:drawing>
                <wp:anchor distT="0" distB="0" distL="114300" distR="114300" simplePos="0" relativeHeight="251659264" behindDoc="0" locked="0" layoutInCell="1" allowOverlap="1" wp14:anchorId="62A6FAB1" wp14:editId="3AEC3CDB">
                  <wp:simplePos x="0" y="0"/>
                  <wp:positionH relativeFrom="column">
                    <wp:posOffset>109855</wp:posOffset>
                  </wp:positionH>
                  <wp:positionV relativeFrom="paragraph">
                    <wp:posOffset>967740</wp:posOffset>
                  </wp:positionV>
                  <wp:extent cx="1781175" cy="322580"/>
                  <wp:effectExtent l="0" t="0" r="0" b="1270"/>
                  <wp:wrapNone/>
                  <wp:docPr id="24" name="Picture 24" descr="C:\Users\curat\AppData\Local\Microsoft\Windows\INetCache\Content.Word\ScotGov - M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urat\AppData\Local\Microsoft\Windows\INetCache\Content.Word\ScotGov - MASTE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1175" cy="322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eastAsia="en-GB"/>
              </w:rPr>
              <w:drawing>
                <wp:inline distT="0" distB="0" distL="0" distR="0" wp14:anchorId="13E76E42" wp14:editId="307DA581">
                  <wp:extent cx="1325880" cy="6652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land_colour_clearspace.png"/>
                          <pic:cNvPicPr/>
                        </pic:nvPicPr>
                        <pic:blipFill>
                          <a:blip r:embed="rId17"/>
                          <a:stretch>
                            <a:fillRect/>
                          </a:stretch>
                        </pic:blipFill>
                        <pic:spPr>
                          <a:xfrm>
                            <a:off x="0" y="0"/>
                            <a:ext cx="1325880" cy="665242"/>
                          </a:xfrm>
                          <a:prstGeom prst="rect">
                            <a:avLst/>
                          </a:prstGeom>
                        </pic:spPr>
                      </pic:pic>
                    </a:graphicData>
                  </a:graphic>
                </wp:inline>
              </w:drawing>
            </w:r>
          </w:p>
        </w:tc>
      </w:tr>
    </w:tbl>
    <w:p w14:paraId="7C05B380" w14:textId="77777777" w:rsidR="004439B1" w:rsidRDefault="004439B1" w:rsidP="00E63B21">
      <w:pPr>
        <w:pStyle w:val="ListBullet"/>
        <w:numPr>
          <w:ilvl w:val="0"/>
          <w:numId w:val="0"/>
        </w:numPr>
        <w:spacing w:after="80" w:line="240" w:lineRule="auto"/>
        <w:rPr>
          <w:color w:val="4A4038"/>
          <w:sz w:val="18"/>
        </w:rPr>
      </w:pPr>
    </w:p>
    <w:p w14:paraId="0B421187" w14:textId="01C440B9" w:rsidR="00AE2DE1" w:rsidRPr="00AE2DE1" w:rsidRDefault="00AE2DE1" w:rsidP="00E63B21">
      <w:pPr>
        <w:pStyle w:val="ListBullet"/>
        <w:numPr>
          <w:ilvl w:val="0"/>
          <w:numId w:val="0"/>
        </w:numPr>
        <w:spacing w:after="80" w:line="240" w:lineRule="auto"/>
        <w:rPr>
          <w:rFonts w:ascii="Avenir Book" w:hAnsi="Avenir Book"/>
          <w:sz w:val="28"/>
        </w:rPr>
      </w:pPr>
      <w:r w:rsidRPr="00AE2DE1">
        <w:rPr>
          <w:color w:val="4A4038"/>
          <w:sz w:val="18"/>
        </w:rPr>
        <w:t>Supported by Historic Environment Scotland, Museums Galleries Scotland Museum Futures Innovation Fund, The National Lottery Heritage Fund thanks to National Lottery players, and funding from the Scottish Government, administered by The Highland Council Community Regeneration Fund.</w:t>
      </w:r>
    </w:p>
    <w:sectPr w:rsidR="00AE2DE1" w:rsidRPr="00AE2DE1" w:rsidSect="00034616">
      <w:footerReference w:type="default" r:id="rId18"/>
      <w:pgSz w:w="11906" w:h="16838"/>
      <w:pgMar w:top="850" w:right="907" w:bottom="850" w:left="90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98218B" w14:textId="77777777" w:rsidR="003A410F" w:rsidRDefault="003A410F">
      <w:pPr>
        <w:spacing w:after="0" w:line="240" w:lineRule="auto"/>
      </w:pPr>
      <w:r>
        <w:separator/>
      </w:r>
    </w:p>
  </w:endnote>
  <w:endnote w:type="continuationSeparator" w:id="0">
    <w:p w14:paraId="3EC9E88A" w14:textId="77777777" w:rsidR="003A410F" w:rsidRDefault="003A41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 Book">
    <w:panose1 w:val="02000503020000020003"/>
    <w:charset w:val="00"/>
    <w:family w:val="auto"/>
    <w:pitch w:val="variable"/>
    <w:sig w:usb0="800000AF" w:usb1="5000204A" w:usb2="00000000" w:usb3="00000000" w:csb0="0000009B"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CFDC8" w14:textId="77777777" w:rsidR="005F292F" w:rsidRDefault="00AA2C85">
    <w:pPr>
      <w:pStyle w:val="Footer"/>
      <w:jc w:val="center"/>
    </w:pPr>
    <w:proofErr w:type="spellStart"/>
    <w:r>
      <w:rPr>
        <w:color w:val="5A5A5A"/>
        <w:sz w:val="16"/>
      </w:rPr>
      <w:t>Gairloch</w:t>
    </w:r>
    <w:proofErr w:type="spellEnd"/>
    <w:r>
      <w:rPr>
        <w:color w:val="5A5A5A"/>
        <w:sz w:val="16"/>
      </w:rPr>
      <w:t xml:space="preserve"> Museum Roundhouse Project - Traditional Craftspeople Tender</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BA1162" w14:textId="77777777" w:rsidR="003A410F" w:rsidRDefault="003A410F">
      <w:pPr>
        <w:spacing w:after="0" w:line="240" w:lineRule="auto"/>
      </w:pPr>
      <w:r>
        <w:separator/>
      </w:r>
    </w:p>
  </w:footnote>
  <w:footnote w:type="continuationSeparator" w:id="0">
    <w:p w14:paraId="01331495" w14:textId="77777777" w:rsidR="003A410F" w:rsidRDefault="003A41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1F58C19A"/>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CAB4E2A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004F97"/>
    <w:multiLevelType w:val="hybridMultilevel"/>
    <w:tmpl w:val="42727BF4"/>
    <w:lvl w:ilvl="0" w:tplc="628864D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777F7F"/>
    <w:multiLevelType w:val="multilevel"/>
    <w:tmpl w:val="13143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620508"/>
    <w:multiLevelType w:val="multilevel"/>
    <w:tmpl w:val="5C5E0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6415EA"/>
    <w:multiLevelType w:val="multilevel"/>
    <w:tmpl w:val="F2566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2512D89"/>
    <w:multiLevelType w:val="multilevel"/>
    <w:tmpl w:val="5F42B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DE11DA"/>
    <w:multiLevelType w:val="hybridMultilevel"/>
    <w:tmpl w:val="27B6C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8DB76B4"/>
    <w:multiLevelType w:val="hybridMultilevel"/>
    <w:tmpl w:val="56FA2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8263E7"/>
    <w:multiLevelType w:val="hybridMultilevel"/>
    <w:tmpl w:val="009A64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2767155"/>
    <w:multiLevelType w:val="multilevel"/>
    <w:tmpl w:val="3B20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5"/>
  </w:num>
  <w:num w:numId="11">
    <w:abstractNumId w:val="9"/>
  </w:num>
  <w:num w:numId="12">
    <w:abstractNumId w:val="14"/>
  </w:num>
  <w:num w:numId="13">
    <w:abstractNumId w:val="8"/>
  </w:num>
  <w:num w:numId="14">
    <w:abstractNumId w:val="16"/>
  </w:num>
  <w:num w:numId="15">
    <w:abstractNumId w:val="17"/>
  </w:num>
  <w:num w:numId="16">
    <w:abstractNumId w:val="10"/>
  </w:num>
  <w:num w:numId="17">
    <w:abstractNumId w:val="12"/>
  </w:num>
  <w:num w:numId="18">
    <w:abstractNumId w:val="11"/>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240A5"/>
    <w:rsid w:val="00026C28"/>
    <w:rsid w:val="00034616"/>
    <w:rsid w:val="000358E8"/>
    <w:rsid w:val="0006063C"/>
    <w:rsid w:val="0015074B"/>
    <w:rsid w:val="00156086"/>
    <w:rsid w:val="001D07E7"/>
    <w:rsid w:val="001D5B0E"/>
    <w:rsid w:val="001F0690"/>
    <w:rsid w:val="0029639D"/>
    <w:rsid w:val="00326F90"/>
    <w:rsid w:val="00360E29"/>
    <w:rsid w:val="003A410F"/>
    <w:rsid w:val="003D62B0"/>
    <w:rsid w:val="004439B1"/>
    <w:rsid w:val="004C270A"/>
    <w:rsid w:val="004D5499"/>
    <w:rsid w:val="00500F44"/>
    <w:rsid w:val="00511442"/>
    <w:rsid w:val="00564D2D"/>
    <w:rsid w:val="005C3CA6"/>
    <w:rsid w:val="005D15BC"/>
    <w:rsid w:val="005E08FB"/>
    <w:rsid w:val="005F292F"/>
    <w:rsid w:val="0064517E"/>
    <w:rsid w:val="006B2CD8"/>
    <w:rsid w:val="007525A3"/>
    <w:rsid w:val="00821FA9"/>
    <w:rsid w:val="00887C13"/>
    <w:rsid w:val="008D757F"/>
    <w:rsid w:val="00964F9B"/>
    <w:rsid w:val="00990247"/>
    <w:rsid w:val="00997EEE"/>
    <w:rsid w:val="00A02442"/>
    <w:rsid w:val="00A60242"/>
    <w:rsid w:val="00A709F6"/>
    <w:rsid w:val="00AA0F75"/>
    <w:rsid w:val="00AA1D8D"/>
    <w:rsid w:val="00AA2C85"/>
    <w:rsid w:val="00AB0106"/>
    <w:rsid w:val="00AB222F"/>
    <w:rsid w:val="00AC3AB0"/>
    <w:rsid w:val="00AE2DE1"/>
    <w:rsid w:val="00B02925"/>
    <w:rsid w:val="00B47730"/>
    <w:rsid w:val="00B53794"/>
    <w:rsid w:val="00BE0B45"/>
    <w:rsid w:val="00BE2C4D"/>
    <w:rsid w:val="00C621EE"/>
    <w:rsid w:val="00C86796"/>
    <w:rsid w:val="00CB0664"/>
    <w:rsid w:val="00CB68DC"/>
    <w:rsid w:val="00D4209B"/>
    <w:rsid w:val="00DF3DF4"/>
    <w:rsid w:val="00E63B21"/>
    <w:rsid w:val="00F1290C"/>
    <w:rsid w:val="00F862B8"/>
    <w:rsid w:val="00FB2983"/>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064CEA"/>
  <w14:defaultImageDpi w14:val="300"/>
  <w15:docId w15:val="{099DEAF7-B051-43A5-B999-D0817C756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693F"/>
    <w:rPr>
      <w:rFonts w:ascii="Arial" w:hAnsi="Arial"/>
      <w:sz w:val="20"/>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4"/>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40"/>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pdq2pgselectionanchorcontainer">
    <w:name w:val="pdq2pg_selectionanchorcontainer"/>
    <w:basedOn w:val="Normal"/>
    <w:rsid w:val="0051144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NormalWeb">
    <w:name w:val="Normal (Web)"/>
    <w:basedOn w:val="Normal"/>
    <w:uiPriority w:val="99"/>
    <w:semiHidden/>
    <w:unhideWhenUsed/>
    <w:rsid w:val="0051144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Hyperlink">
    <w:name w:val="Hyperlink"/>
    <w:basedOn w:val="DefaultParagraphFont"/>
    <w:uiPriority w:val="99"/>
    <w:unhideWhenUsed/>
    <w:rsid w:val="00DF3DF4"/>
    <w:rPr>
      <w:color w:val="0000FF" w:themeColor="hyperlink"/>
      <w:u w:val="single"/>
    </w:rPr>
  </w:style>
  <w:style w:type="paragraph" w:styleId="Revision">
    <w:name w:val="Revision"/>
    <w:hidden/>
    <w:uiPriority w:val="99"/>
    <w:semiHidden/>
    <w:rsid w:val="000358E8"/>
    <w:pPr>
      <w:spacing w:after="0" w:line="240" w:lineRule="auto"/>
    </w:pPr>
    <w:rPr>
      <w:rFonts w:ascii="Arial" w:hAnsi="Arial"/>
      <w:sz w:val="20"/>
    </w:rPr>
  </w:style>
  <w:style w:type="paragraph" w:styleId="BalloonText">
    <w:name w:val="Balloon Text"/>
    <w:basedOn w:val="Normal"/>
    <w:link w:val="BalloonTextChar"/>
    <w:uiPriority w:val="99"/>
    <w:semiHidden/>
    <w:unhideWhenUsed/>
    <w:rsid w:val="009902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024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069112">
      <w:bodyDiv w:val="1"/>
      <w:marLeft w:val="0"/>
      <w:marRight w:val="0"/>
      <w:marTop w:val="0"/>
      <w:marBottom w:val="0"/>
      <w:divBdr>
        <w:top w:val="none" w:sz="0" w:space="0" w:color="auto"/>
        <w:left w:val="none" w:sz="0" w:space="0" w:color="auto"/>
        <w:bottom w:val="none" w:sz="0" w:space="0" w:color="auto"/>
        <w:right w:val="none" w:sz="0" w:space="0" w:color="auto"/>
      </w:divBdr>
    </w:div>
    <w:div w:id="530341558">
      <w:bodyDiv w:val="1"/>
      <w:marLeft w:val="0"/>
      <w:marRight w:val="0"/>
      <w:marTop w:val="0"/>
      <w:marBottom w:val="0"/>
      <w:divBdr>
        <w:top w:val="none" w:sz="0" w:space="0" w:color="auto"/>
        <w:left w:val="none" w:sz="0" w:space="0" w:color="auto"/>
        <w:bottom w:val="none" w:sz="0" w:space="0" w:color="auto"/>
        <w:right w:val="none" w:sz="0" w:space="0" w:color="auto"/>
      </w:divBdr>
    </w:div>
    <w:div w:id="774786379">
      <w:bodyDiv w:val="1"/>
      <w:marLeft w:val="0"/>
      <w:marRight w:val="0"/>
      <w:marTop w:val="0"/>
      <w:marBottom w:val="0"/>
      <w:divBdr>
        <w:top w:val="none" w:sz="0" w:space="0" w:color="auto"/>
        <w:left w:val="none" w:sz="0" w:space="0" w:color="auto"/>
        <w:bottom w:val="none" w:sz="0" w:space="0" w:color="auto"/>
        <w:right w:val="none" w:sz="0" w:space="0" w:color="auto"/>
      </w:divBdr>
    </w:div>
    <w:div w:id="1121221815">
      <w:bodyDiv w:val="1"/>
      <w:marLeft w:val="0"/>
      <w:marRight w:val="0"/>
      <w:marTop w:val="0"/>
      <w:marBottom w:val="0"/>
      <w:divBdr>
        <w:top w:val="none" w:sz="0" w:space="0" w:color="auto"/>
        <w:left w:val="none" w:sz="0" w:space="0" w:color="auto"/>
        <w:bottom w:val="none" w:sz="0" w:space="0" w:color="auto"/>
        <w:right w:val="none" w:sz="0" w:space="0" w:color="auto"/>
      </w:divBdr>
      <w:divsChild>
        <w:div w:id="373777670">
          <w:marLeft w:val="0"/>
          <w:marRight w:val="0"/>
          <w:marTop w:val="0"/>
          <w:marBottom w:val="0"/>
          <w:divBdr>
            <w:top w:val="none" w:sz="0" w:space="0" w:color="auto"/>
            <w:left w:val="none" w:sz="0" w:space="0" w:color="auto"/>
            <w:bottom w:val="none" w:sz="0" w:space="0" w:color="auto"/>
            <w:right w:val="none" w:sz="0" w:space="0" w:color="auto"/>
          </w:divBdr>
          <w:divsChild>
            <w:div w:id="161135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400060">
      <w:bodyDiv w:val="1"/>
      <w:marLeft w:val="0"/>
      <w:marRight w:val="0"/>
      <w:marTop w:val="0"/>
      <w:marBottom w:val="0"/>
      <w:divBdr>
        <w:top w:val="none" w:sz="0" w:space="0" w:color="auto"/>
        <w:left w:val="none" w:sz="0" w:space="0" w:color="auto"/>
        <w:bottom w:val="none" w:sz="0" w:space="0" w:color="auto"/>
        <w:right w:val="none" w:sz="0" w:space="0" w:color="auto"/>
      </w:divBdr>
    </w:div>
    <w:div w:id="16982363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curator@gairlochmuseum.org" TargetMode="Externa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0BEB4D-37B9-4C9B-A824-AAA73C101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7</Pages>
  <Words>2617</Words>
  <Characters>14920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17502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Karen Buchanan</cp:lastModifiedBy>
  <cp:revision>4</cp:revision>
  <cp:lastPrinted>2026-07-06T10:58:00Z</cp:lastPrinted>
  <dcterms:created xsi:type="dcterms:W3CDTF">2026-07-07T08:30:00Z</dcterms:created>
  <dcterms:modified xsi:type="dcterms:W3CDTF">2026-07-07T09:30:00Z</dcterms:modified>
  <cp:category/>
</cp:coreProperties>
</file>